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b/>
          <w:color w:val="C92A2A"/>
          <w:sz w:val="44"/>
          <w:rtl w:val="1"/>
          <w:rFonts w:ascii="Arial" w:hAnsi="Arial" w:cs="Arial"/>
          <w:bCs/>
          <w:szCs w:val="44"/>
        </w:rPr>
        <w:t>🐜 מסע מודרך 1 – טקסט מידעי</w:t>
      </w:r>
    </w:p>
    <w:p>
      <w:pPr>
        <w:bidi w:val="1"/>
        <w:spacing w:after="60"/>
        <w:jc w:val="right"/>
      </w:pPr>
      <w:r>
        <w:rPr>
          <w:color w:val="495057"/>
          <w:sz w:val="22"/>
          <w:rtl w:val="1"/>
          <w:rFonts w:ascii="Arial" w:hAnsi="Arial" w:cs="Arial"/>
          <w:szCs w:val="22"/>
        </w:rPr>
        <w:t>דף תרגול · חט״ב – עולים חדשים · כרטיסיות ניווט בטקסט</w:t>
      </w:r>
    </w:p>
    <w:p>
      <w:pPr>
        <w:bidi w:val="1"/>
        <w:spacing w:after="60"/>
        <w:jc w:val="right"/>
      </w:pPr>
      <w:r>
        <w:rPr>
          <w:b/>
          <w:color w:val="C92A2A"/>
          <w:sz w:val="24"/>
          <w:rtl w:val="1"/>
          <w:rFonts w:ascii="Arial" w:hAnsi="Arial" w:cs="Arial"/>
          <w:bCs/>
          <w:szCs w:val="24"/>
        </w:rPr>
        <w:t>👩‍🏫 מהדורה למורה – עם תשובות</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318"/>
      </w:tblGrid>
      <w:tr>
        <w:tc>
          <w:tcPr>
            <w:tcW w:type="dxa" w:w="10318"/>
            <w:shd w:val="clear" w:color="auto" w:fill="FFF3BF"/>
          </w:tcPr>
          <w:p>
            <w:pPr>
              <w:bidi w:val="1"/>
              <w:spacing w:after="20"/>
              <w:jc w:val="right"/>
            </w:pPr>
            <w:r>
              <w:rPr>
                <w:b/>
                <w:sz w:val="22"/>
                <w:rtl w:val="1"/>
                <w:rFonts w:ascii="Arial" w:hAnsi="Arial" w:cs="Arial"/>
                <w:bCs/>
                <w:szCs w:val="22"/>
              </w:rPr>
              <w:t>למורה: הדפיסו מעמוד "דף לתלמיד" והלאה. התשובות מסומנות באדום. מומלץ לחלק לתלמידים גם את כרטיסי הניווט המודפסים (או להציג את החפיסה האינטראקטיבית).</w:t>
            </w:r>
          </w:p>
        </w:tc>
      </w:tr>
    </w:tbl>
    <w:p>
      <w:pPr>
        <w:bidi w:val="1"/>
        <w:spacing w:after="60"/>
        <w:jc w:val="right"/>
      </w:pPr>
      <w:r>
        <w:rPr>
          <w:sz w:val="22"/>
          <w:rtl w:val="1"/>
          <w:rFonts w:ascii="Arial" w:hAnsi="Arial" w:cs="Arial"/>
          <w:szCs w:val="22"/>
        </w:rPr>
        <w:t>מסלול עולים: מילון חזותי (אימוג׳י), שורת "בקצרה" פשוטה לכל פסקה, בנק מילות קישור צבעוני ופתיחי משפט.</w:t>
      </w:r>
    </w:p>
    <w:p>
      <w:pPr>
        <w:bidi w:val="1"/>
        <w:spacing w:after="60"/>
        <w:jc w:val="right"/>
      </w:pPr>
      <w:r>
        <w:rPr>
          <w:b/>
          <w:color w:val="5F3DC4"/>
          <w:sz w:val="21"/>
          <w:rtl w:val="1"/>
          <w:rFonts w:ascii="Arial" w:hAnsi="Arial" w:cs="Arial"/>
          <w:bCs/>
          <w:szCs w:val="21"/>
        </w:rPr>
        <w:t>🧭 לפני הקריאה  ➜  🚶 בזמן הקריאה  ➜  🏁 אחרי הקריאה  ➜  🆘 כרטיסי SOS</w:t>
      </w:r>
    </w:p>
    <w:p>
      <w:pPr>
        <w:pStyle w:val="Heading2"/>
        <w:bidi w:val="1"/>
        <w:jc w:val="right"/>
      </w:pPr>
      <w:r>
        <w:rPr>
          <w:b/>
          <w:color w:val="1F2340"/>
          <w:sz w:val="27"/>
          <w:rtl w:val="1"/>
          <w:rFonts w:ascii="Arial" w:hAnsi="Arial" w:cs="Arial"/>
          <w:bCs/>
          <w:szCs w:val="27"/>
        </w:rPr>
        <w:t>📖 הטקסט</w:t>
      </w:r>
    </w:p>
    <w:p>
      <w:pPr>
        <w:pStyle w:val="Heading3"/>
        <w:bidi w:val="1"/>
        <w:jc w:val="right"/>
      </w:pPr>
      <w:r>
        <w:rPr>
          <w:b/>
          <w:color w:val="1F2340"/>
          <w:sz w:val="24"/>
          <w:rtl w:val="1"/>
          <w:rFonts w:ascii="Arial" w:hAnsi="Arial" w:cs="Arial"/>
          <w:bCs/>
          <w:szCs w:val="24"/>
        </w:rPr>
        <w:t>📖 איך נמלים מוצאות את הדרך הביתה?</w:t>
      </w:r>
    </w:p>
    <w:p>
      <w:pPr>
        <w:bidi w:val="1"/>
        <w:spacing w:after="80"/>
        <w:jc w:val="right"/>
      </w:pPr>
      <w:r>
        <w:rPr>
          <w:sz w:val="25"/>
          <w:rtl w:val="1"/>
          <w:rFonts w:ascii="Arial" w:hAnsi="Arial" w:cs="Arial"/>
          <w:szCs w:val="25"/>
        </w:rPr>
        <w:t>(1) מי שהניח פעם פירור עוגה על אדן החלון ראה זאת: אחרי זמן קצר מגיעה נמלה אחת, ואחריה – שיירה ארוכה של נמלים שהולכות בדיוק באותו מסלול. איך הן יודעות לאן ללכת, ואיך הן מוצאות את הדרך חזרה לקן?</w:t>
      </w:r>
    </w:p>
    <w:p>
      <w:pPr>
        <w:bidi w:val="1"/>
        <w:spacing w:after="120"/>
        <w:jc w:val="right"/>
      </w:pPr>
      <w:r>
        <w:rPr>
          <w:color w:val="862E00"/>
          <w:sz w:val="22"/>
          <w:rtl w:val="1"/>
          <w:rFonts w:ascii="Arial" w:hAnsi="Arial" w:cs="Arial"/>
          <w:szCs w:val="22"/>
        </w:rPr>
        <w:t>💬 בקצרה: נמלים הולכות בשורה ארוכה אל האוכל. איך הן יודעות את הדרך?</w:t>
      </w:r>
    </w:p>
    <w:p>
      <w:pPr>
        <w:bidi w:val="1"/>
        <w:spacing w:after="80"/>
        <w:jc w:val="right"/>
      </w:pPr>
      <w:r>
        <w:rPr>
          <w:sz w:val="25"/>
          <w:rtl w:val="1"/>
          <w:rFonts w:ascii="Arial" w:hAnsi="Arial" w:cs="Arial"/>
          <w:szCs w:val="25"/>
        </w:rPr>
        <w:t>(2) התשובה הראשונה היא ריח. נמלים רבות משאירות על הקרקע חומר כימי שנקרא פרומון. נמלה שמצאה מזון חוזרת לקן ומשאירה אחריה "שביל ריח". נמלים אחרות מריחות את השביל בעזרת המחושים והולכות בעקבותיו. כל נמלה שחוזרת עם מזון מחזקת את השביל, ולכן הוא הולך ומתחזק כל עוד יש אוכל.</w:t>
      </w:r>
    </w:p>
    <w:p>
      <w:pPr>
        <w:bidi w:val="1"/>
        <w:spacing w:after="120"/>
        <w:jc w:val="right"/>
      </w:pPr>
      <w:r>
        <w:rPr>
          <w:color w:val="862E00"/>
          <w:sz w:val="22"/>
          <w:rtl w:val="1"/>
          <w:rFonts w:ascii="Arial" w:hAnsi="Arial" w:cs="Arial"/>
          <w:szCs w:val="22"/>
        </w:rPr>
        <w:t>💬 בקצרה: דרך 1: ריח. נמלה משאירה שביל של ריח. נמלות אחרות מריחות והולכות אחריו.</w:t>
      </w:r>
    </w:p>
    <w:p>
      <w:pPr>
        <w:bidi w:val="1"/>
        <w:spacing w:after="80"/>
        <w:jc w:val="right"/>
      </w:pPr>
      <w:r>
        <w:rPr>
          <w:sz w:val="25"/>
          <w:rtl w:val="1"/>
          <w:rFonts w:ascii="Arial" w:hAnsi="Arial" w:cs="Arial"/>
          <w:szCs w:val="25"/>
        </w:rPr>
        <w:t>(3) אבל מה קורה כשהמזון נגמר? הנמלים מפסיקות לחזק את השביל, והריח מתנדף בהדרגה. כך השביל "נמחק" מעצמו, והנמלים לא מבזבזות זמן על דרך שכבר לא מובילה לשום מקום.</w:t>
      </w:r>
    </w:p>
    <w:p>
      <w:pPr>
        <w:bidi w:val="1"/>
        <w:spacing w:after="120"/>
        <w:jc w:val="right"/>
      </w:pPr>
      <w:r>
        <w:rPr>
          <w:color w:val="862E00"/>
          <w:sz w:val="22"/>
          <w:rtl w:val="1"/>
          <w:rFonts w:ascii="Arial" w:hAnsi="Arial" w:cs="Arial"/>
          <w:szCs w:val="22"/>
        </w:rPr>
        <w:t>💬 בקצרה: כשאין אוכל – הריח נעלם. השביל נמחק.</w:t>
      </w:r>
    </w:p>
    <w:p>
      <w:pPr>
        <w:bidi w:val="1"/>
        <w:spacing w:after="80"/>
        <w:jc w:val="right"/>
      </w:pPr>
      <w:r>
        <w:rPr>
          <w:sz w:val="25"/>
          <w:rtl w:val="1"/>
          <w:rFonts w:ascii="Arial" w:hAnsi="Arial" w:cs="Arial"/>
          <w:szCs w:val="25"/>
        </w:rPr>
        <w:t>(4) במדבר המצב שונה. החול חם, הרוח נושבת, וריח נעלם שם מהר מאוד. לכן יש מיני נמלים שמתמצאות בעזרת השמש: הן "זוכרות" את כיוון השמש ויודעות באיזו זווית ללכת. חוקרים גילו שחלק מנמלי המדבר גם מעריכות את המרחק שעברו – כנראה לפי מספר הצעדים שהן עושות.</w:t>
      </w:r>
    </w:p>
    <w:p>
      <w:pPr>
        <w:bidi w:val="1"/>
        <w:spacing w:after="120"/>
        <w:jc w:val="right"/>
      </w:pPr>
      <w:r>
        <w:rPr>
          <w:color w:val="862E00"/>
          <w:sz w:val="22"/>
          <w:rtl w:val="1"/>
          <w:rFonts w:ascii="Arial" w:hAnsi="Arial" w:cs="Arial"/>
          <w:szCs w:val="22"/>
        </w:rPr>
        <w:t>💬 בקצרה: במדבר הריח נעלם מהר. לכן נמלים שם משתמשות בשמש וסופרות צעדים.</w:t>
      </w:r>
    </w:p>
    <w:p>
      <w:pPr>
        <w:bidi w:val="1"/>
        <w:spacing w:after="80"/>
        <w:jc w:val="right"/>
      </w:pPr>
      <w:r>
        <w:rPr>
          <w:sz w:val="25"/>
          <w:rtl w:val="1"/>
          <w:rFonts w:ascii="Arial" w:hAnsi="Arial" w:cs="Arial"/>
          <w:szCs w:val="25"/>
        </w:rPr>
        <w:t>(5) נמלים אינן חכמות יותר מבני אדם, אבל יש להן כלים מדויקים שהתפתחו במשך מיליוני שנים. בפעם הבאה שתראו שיירת נמלים, נסו לחשוב: האם היא הולכת לפי ריח, לפי השמש – או לפי שניהם?</w:t>
      </w:r>
    </w:p>
    <w:p>
      <w:pPr>
        <w:bidi w:val="1"/>
        <w:spacing w:after="120"/>
        <w:jc w:val="right"/>
      </w:pPr>
      <w:r>
        <w:rPr>
          <w:color w:val="862E00"/>
          <w:sz w:val="22"/>
          <w:rtl w:val="1"/>
          <w:rFonts w:ascii="Arial" w:hAnsi="Arial" w:cs="Arial"/>
          <w:szCs w:val="22"/>
        </w:rPr>
        <w:t>💬 בקצרה: לנמלים יש כלים טובים למצוא את הדרך.</w:t>
      </w:r>
    </w:p>
    <w:p>
      <w:pPr>
        <w:pStyle w:val="Heading3"/>
        <w:bidi w:val="1"/>
        <w:jc w:val="right"/>
      </w:pPr>
      <w:r>
        <w:rPr>
          <w:b/>
          <w:color w:val="1F2340"/>
          <w:sz w:val="24"/>
          <w:rtl w:val="1"/>
          <w:rFonts w:ascii="Arial" w:hAnsi="Arial" w:cs="Arial"/>
          <w:bCs/>
          <w:szCs w:val="24"/>
        </w:rPr>
        <w:t>📒 מילון חזותי</w:t>
      </w:r>
    </w:p>
    <w:tbl>
      <w:tblPr>
        <w:tblStyle w:val="TableGrid"/>
        <w:tblW w:type="auto" w:w="0"/>
        <w:tblLook w:firstColumn="1" w:firstRow="1" w:lastColumn="0" w:lastRow="0" w:noHBand="0" w:noVBand="1" w:val="04A0"/>
        <w:bidiVisual/>
      </w:tblPr>
      <w:tblGrid>
        <w:gridCol w:w="3439"/>
        <w:gridCol w:w="3439"/>
        <w:gridCol w:w="3439"/>
      </w:tblGrid>
      <w:tr>
        <w:tc>
          <w:tcPr>
            <w:tcW w:type="dxa" w:w="3439"/>
            <w:shd w:val="clear" w:color="auto" w:fill="E3FAFC"/>
          </w:tcPr>
          <w:p>
            <w:pPr>
              <w:bidi w:val="1"/>
              <w:spacing w:after="20"/>
              <w:jc w:val="right"/>
            </w:pPr>
            <w:r>
              <w:rPr>
                <w:b/>
                <w:sz w:val="22"/>
                <w:rtl w:val="1"/>
                <w:rFonts w:ascii="Arial" w:hAnsi="Arial" w:cs="Arial"/>
                <w:bCs/>
                <w:szCs w:val="22"/>
              </w:rPr>
              <w:t>מילה</w:t>
            </w:r>
          </w:p>
        </w:tc>
        <w:tc>
          <w:tcPr>
            <w:tcW w:type="dxa" w:w="3439"/>
            <w:shd w:val="clear" w:color="auto" w:fill="E3FAFC"/>
          </w:tcPr>
          <w:p>
            <w:pPr>
              <w:bidi w:val="1"/>
              <w:spacing w:after="20"/>
              <w:jc w:val="right"/>
            </w:pPr>
            <w:r>
              <w:rPr>
                <w:b/>
                <w:sz w:val="22"/>
                <w:rtl w:val="1"/>
                <w:rFonts w:ascii="Arial" w:hAnsi="Arial" w:cs="Arial"/>
                <w:bCs/>
                <w:szCs w:val="22"/>
              </w:rPr>
              <w:t>סמל</w:t>
            </w:r>
          </w:p>
        </w:tc>
        <w:tc>
          <w:tcPr>
            <w:tcW w:type="dxa" w:w="3439"/>
            <w:shd w:val="clear" w:color="auto" w:fill="E3FAFC"/>
          </w:tcPr>
          <w:p>
            <w:pPr>
              <w:bidi w:val="1"/>
              <w:spacing w:after="20"/>
              <w:jc w:val="right"/>
            </w:pPr>
            <w:r>
              <w:rPr>
                <w:b/>
                <w:sz w:val="22"/>
                <w:rtl w:val="1"/>
                <w:rFonts w:ascii="Arial" w:hAnsi="Arial" w:cs="Arial"/>
                <w:bCs/>
                <w:szCs w:val="22"/>
              </w:rPr>
              <w:t>פירוש</w:t>
            </w:r>
          </w:p>
        </w:tc>
      </w:tr>
      <w:tr>
        <w:tc>
          <w:tcPr>
            <w:tcW w:type="dxa" w:w="3439"/>
          </w:tcPr>
          <w:p>
            <w:pPr>
              <w:bidi w:val="1"/>
              <w:spacing w:after="20"/>
              <w:jc w:val="right"/>
            </w:pPr>
            <w:r>
              <w:rPr>
                <w:sz w:val="22"/>
                <w:rtl w:val="1"/>
                <w:rFonts w:ascii="Arial" w:hAnsi="Arial" w:cs="Arial"/>
                <w:szCs w:val="22"/>
              </w:rPr>
              <w:t>שיירה</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שורה ארוכה של הולכים</w:t>
            </w:r>
          </w:p>
        </w:tc>
      </w:tr>
      <w:tr>
        <w:tc>
          <w:tcPr>
            <w:tcW w:type="dxa" w:w="3439"/>
          </w:tcPr>
          <w:p>
            <w:pPr>
              <w:bidi w:val="1"/>
              <w:spacing w:after="20"/>
              <w:jc w:val="right"/>
            </w:pPr>
            <w:r>
              <w:rPr>
                <w:sz w:val="22"/>
                <w:rtl w:val="1"/>
                <w:rFonts w:ascii="Arial" w:hAnsi="Arial" w:cs="Arial"/>
                <w:szCs w:val="22"/>
              </w:rPr>
              <w:t>פרומון</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חומר ריח שבעלי חיים מפרישים</w:t>
            </w:r>
          </w:p>
        </w:tc>
      </w:tr>
      <w:tr>
        <w:tc>
          <w:tcPr>
            <w:tcW w:type="dxa" w:w="3439"/>
          </w:tcPr>
          <w:p>
            <w:pPr>
              <w:bidi w:val="1"/>
              <w:spacing w:after="20"/>
              <w:jc w:val="right"/>
            </w:pPr>
            <w:r>
              <w:rPr>
                <w:sz w:val="22"/>
                <w:rtl w:val="1"/>
                <w:rFonts w:ascii="Arial" w:hAnsi="Arial" w:cs="Arial"/>
                <w:szCs w:val="22"/>
              </w:rPr>
              <w:t>מחושים</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"אנטנות" בראש של חרק</w:t>
            </w:r>
          </w:p>
        </w:tc>
      </w:tr>
      <w:tr>
        <w:tc>
          <w:tcPr>
            <w:tcW w:type="dxa" w:w="3439"/>
          </w:tcPr>
          <w:p>
            <w:pPr>
              <w:bidi w:val="1"/>
              <w:spacing w:after="20"/>
              <w:jc w:val="right"/>
            </w:pPr>
            <w:r>
              <w:rPr>
                <w:sz w:val="22"/>
                <w:rtl w:val="1"/>
                <w:rFonts w:ascii="Arial" w:hAnsi="Arial" w:cs="Arial"/>
                <w:szCs w:val="22"/>
              </w:rPr>
              <w:t>מתנדף</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נעלם לאט לאוויר</w:t>
            </w:r>
          </w:p>
        </w:tc>
      </w:tr>
      <w:tr>
        <w:tc>
          <w:tcPr>
            <w:tcW w:type="dxa" w:w="3439"/>
          </w:tcPr>
          <w:p>
            <w:pPr>
              <w:bidi w:val="1"/>
              <w:spacing w:after="20"/>
              <w:jc w:val="right"/>
            </w:pPr>
            <w:r>
              <w:rPr>
                <w:sz w:val="22"/>
                <w:rtl w:val="1"/>
                <w:rFonts w:ascii="Arial" w:hAnsi="Arial" w:cs="Arial"/>
                <w:szCs w:val="22"/>
              </w:rPr>
              <w:t>מתמצאות</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יודעות איפה הן ולאן ללכת</w:t>
            </w:r>
          </w:p>
        </w:tc>
      </w:tr>
      <w:tr>
        <w:tc>
          <w:tcPr>
            <w:tcW w:type="dxa" w:w="3439"/>
          </w:tcPr>
          <w:p>
            <w:pPr>
              <w:bidi w:val="1"/>
              <w:spacing w:after="20"/>
              <w:jc w:val="right"/>
            </w:pPr>
            <w:r>
              <w:rPr>
                <w:sz w:val="22"/>
                <w:rtl w:val="1"/>
                <w:rFonts w:ascii="Arial" w:hAnsi="Arial" w:cs="Arial"/>
                <w:szCs w:val="22"/>
              </w:rPr>
              <w:t>זווית</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כיוון ביחס למשהו</w:t>
            </w:r>
          </w:p>
        </w:tc>
      </w:tr>
    </w:tbl>
    <w:p>
      <w:pPr>
        <w:pStyle w:val="Heading3"/>
        <w:bidi w:val="1"/>
        <w:jc w:val="right"/>
      </w:pPr>
      <w:r>
        <w:rPr>
          <w:b/>
          <w:color w:val="1F2340"/>
          <w:sz w:val="24"/>
          <w:rtl w:val="1"/>
          <w:rFonts w:ascii="Arial" w:hAnsi="Arial" w:cs="Arial"/>
          <w:bCs/>
          <w:szCs w:val="24"/>
        </w:rPr>
        <w:t>🔗 בנק מילות קישור</w:t>
      </w:r>
    </w:p>
    <w:p>
      <w:pPr>
        <w:bidi w:val="1"/>
        <w:spacing w:after="20"/>
        <w:jc w:val="right"/>
      </w:pPr>
      <w:r>
        <w:rPr>
          <w:b/>
          <w:color w:val="2F9E44"/>
          <w:sz w:val="22"/>
          <w:rtl w:val="1"/>
          <w:rFonts w:ascii="Arial" w:hAnsi="Arial" w:cs="Arial"/>
          <w:bCs/>
          <w:szCs w:val="22"/>
        </w:rPr>
        <w:t>➕ הוספה: בנוסף, גם, וכן, יתר על כן</w:t>
      </w:r>
    </w:p>
    <w:p>
      <w:pPr>
        <w:bidi w:val="1"/>
        <w:spacing w:after="20"/>
        <w:jc w:val="right"/>
      </w:pPr>
      <w:r>
        <w:rPr>
          <w:b/>
          <w:color w:val="E03131"/>
          <w:sz w:val="22"/>
          <w:rtl w:val="1"/>
          <w:rFonts w:ascii="Arial" w:hAnsi="Arial" w:cs="Arial"/>
          <w:bCs/>
          <w:szCs w:val="22"/>
        </w:rPr>
        <w:t>↔️ ניגוד: אבל, אולם, עם זאת, לעומת, ואילו</w:t>
      </w:r>
    </w:p>
    <w:p>
      <w:pPr>
        <w:bidi w:val="1"/>
        <w:spacing w:after="20"/>
        <w:jc w:val="right"/>
      </w:pPr>
      <w:r>
        <w:rPr>
          <w:b/>
          <w:color w:val="2B8A3E"/>
          <w:sz w:val="22"/>
          <w:rtl w:val="1"/>
          <w:rFonts w:ascii="Arial" w:hAnsi="Arial" w:cs="Arial"/>
          <w:bCs/>
          <w:szCs w:val="22"/>
        </w:rPr>
        <w:t>❓ סיבה: כי, מפני ש, משום ש, בגלל</w:t>
      </w:r>
    </w:p>
    <w:p>
      <w:pPr>
        <w:bidi w:val="1"/>
        <w:spacing w:after="20"/>
        <w:jc w:val="right"/>
      </w:pPr>
      <w:r>
        <w:rPr>
          <w:b/>
          <w:color w:val="1C7ED6"/>
          <w:sz w:val="22"/>
          <w:rtl w:val="1"/>
          <w:rFonts w:ascii="Arial" w:hAnsi="Arial" w:cs="Arial"/>
          <w:bCs/>
          <w:szCs w:val="22"/>
        </w:rPr>
        <w:t>➡️ תוצאה: לכן, לפיכך, כך ש, כתוצאה מכך</w:t>
      </w:r>
    </w:p>
    <w:p>
      <w:pPr>
        <w:bidi w:val="1"/>
        <w:spacing w:after="20"/>
        <w:jc w:val="right"/>
      </w:pPr>
      <w:r>
        <w:rPr>
          <w:b/>
          <w:color w:val="7048E8"/>
          <w:sz w:val="22"/>
          <w:rtl w:val="1"/>
          <w:rFonts w:ascii="Arial" w:hAnsi="Arial" w:cs="Arial"/>
          <w:bCs/>
          <w:szCs w:val="22"/>
        </w:rPr>
        <w:t>👉 דוגמה: למשל, לדוגמה, כגון</w:t>
      </w:r>
    </w:p>
    <w:p>
      <w:pPr>
        <w:pStyle w:val="Heading2"/>
        <w:bidi w:val="1"/>
        <w:jc w:val="right"/>
      </w:pPr>
      <w:r>
        <w:rPr>
          <w:b/>
          <w:color w:val="7048E8"/>
          <w:sz w:val="27"/>
          <w:rtl w:val="1"/>
          <w:rFonts w:ascii="Arial" w:hAnsi="Arial" w:cs="Arial"/>
          <w:bCs/>
          <w:szCs w:val="27"/>
        </w:rPr>
        <w:t>חלק א׳ – 🧭 לפני הקריאה</w:t>
      </w:r>
    </w:p>
    <w:p>
      <w:pPr>
        <w:bidi w:val="1"/>
        <w:spacing w:after="40"/>
        <w:jc w:val="right"/>
      </w:pPr>
      <w:r>
        <w:rPr>
          <w:b/>
          <w:sz w:val="23"/>
          <w:rtl w:val="1"/>
          <w:rFonts w:ascii="Arial" w:hAnsi="Arial" w:cs="Arial"/>
          <w:bCs/>
          <w:szCs w:val="23"/>
        </w:rPr>
        <w:t>1. הכותרת היא שאלה. מה היא מבטיחה?   [🏷️ כותרת – מה היא מבטיחה?]</w:t>
      </w:r>
    </w:p>
    <w:p>
      <w:pPr>
        <w:bidi w:val="1"/>
        <w:spacing w:after="20"/>
        <w:jc w:val="right"/>
      </w:pPr>
      <w:r>
        <w:rPr>
          <w:sz w:val="22"/>
          <w:rtl w:val="1"/>
          <w:rFonts w:ascii="Arial" w:hAnsi="Arial" w:cs="Arial"/>
          <w:szCs w:val="22"/>
        </w:rPr>
        <w:t xml:space="preserve">   א. הוראות איך להרחיק נמלים מהבית</w:t>
      </w:r>
    </w:p>
    <w:p>
      <w:pPr>
        <w:bidi w:val="1"/>
        <w:spacing w:after="20"/>
        <w:jc w:val="right"/>
      </w:pPr>
      <w:r>
        <w:rPr>
          <w:b/>
          <w:color w:val="C92A2A"/>
          <w:sz w:val="22"/>
          <w:rtl w:val="1"/>
          <w:rFonts w:ascii="Arial" w:hAnsi="Arial" w:cs="Arial"/>
          <w:bCs/>
          <w:szCs w:val="22"/>
        </w:rPr>
        <w:t xml:space="preserve">   ב. הסבר איך נמלים מוצאות את הדרך ✔</w:t>
      </w:r>
    </w:p>
    <w:p>
      <w:pPr>
        <w:bidi w:val="1"/>
        <w:spacing w:after="20"/>
        <w:jc w:val="right"/>
      </w:pPr>
      <w:r>
        <w:rPr>
          <w:sz w:val="22"/>
          <w:rtl w:val="1"/>
          <w:rFonts w:ascii="Arial" w:hAnsi="Arial" w:cs="Arial"/>
          <w:szCs w:val="22"/>
        </w:rPr>
        <w:t xml:space="preserve">   ג. סיפור על נמלה אחת שהלכה לאיבוד</w:t>
      </w:r>
    </w:p>
    <w:p>
      <w:pPr>
        <w:bidi w:val="1"/>
        <w:spacing w:after="40"/>
        <w:jc w:val="right"/>
      </w:pPr>
      <w:r>
        <w:rPr>
          <w:b/>
          <w:sz w:val="23"/>
          <w:rtl w:val="1"/>
          <w:rFonts w:ascii="Arial" w:hAnsi="Arial" w:cs="Arial"/>
          <w:bCs/>
          <w:szCs w:val="23"/>
        </w:rPr>
        <w:t>2. איזה סוג טקסט זה?   [🎯 סוגה ומטרה – איזה טקסט זה?]</w:t>
      </w:r>
    </w:p>
    <w:p>
      <w:pPr>
        <w:bidi w:val="1"/>
        <w:spacing w:after="20"/>
        <w:jc w:val="right"/>
      </w:pPr>
      <w:r>
        <w:rPr>
          <w:sz w:val="22"/>
          <w:rtl w:val="1"/>
          <w:rFonts w:ascii="Arial" w:hAnsi="Arial" w:cs="Arial"/>
          <w:szCs w:val="22"/>
        </w:rPr>
        <w:t xml:space="preserve">   א. סיפור</w:t>
      </w:r>
    </w:p>
    <w:p>
      <w:pPr>
        <w:bidi w:val="1"/>
        <w:spacing w:after="20"/>
        <w:jc w:val="right"/>
      </w:pPr>
      <w:r>
        <w:rPr>
          <w:sz w:val="22"/>
          <w:rtl w:val="1"/>
          <w:rFonts w:ascii="Arial" w:hAnsi="Arial" w:cs="Arial"/>
          <w:szCs w:val="22"/>
        </w:rPr>
        <w:t xml:space="preserve">   ב. טור דעה</w:t>
      </w:r>
    </w:p>
    <w:p>
      <w:pPr>
        <w:bidi w:val="1"/>
        <w:spacing w:after="20"/>
        <w:jc w:val="right"/>
      </w:pPr>
      <w:r>
        <w:rPr>
          <w:b/>
          <w:color w:val="C92A2A"/>
          <w:sz w:val="22"/>
          <w:rtl w:val="1"/>
          <w:rFonts w:ascii="Arial" w:hAnsi="Arial" w:cs="Arial"/>
          <w:bCs/>
          <w:szCs w:val="22"/>
        </w:rPr>
        <w:t xml:space="preserve">   ג. טקסט מידעי ✔</w:t>
      </w:r>
    </w:p>
    <w:p>
      <w:pPr>
        <w:bidi w:val="1"/>
        <w:spacing w:after="40"/>
        <w:jc w:val="right"/>
      </w:pPr>
      <w:r>
        <w:rPr>
          <w:b/>
          <w:sz w:val="23"/>
          <w:rtl w:val="1"/>
          <w:rFonts w:ascii="Arial" w:hAnsi="Arial" w:cs="Arial"/>
          <w:bCs/>
          <w:szCs w:val="23"/>
        </w:rPr>
        <w:t>3. ניבוי: אילו דרכים להתמצאות לדעתכם יופיעו בטקסט?   [🔮 ניבוי – מה יהיה בטקסט?]</w:t>
      </w:r>
    </w:p>
    <w:p>
      <w:pPr>
        <w:bidi w:val="1"/>
        <w:spacing w:after="60"/>
        <w:jc w:val="right"/>
      </w:pPr>
      <w:r>
        <w:rPr>
          <w:b/>
          <w:color w:val="C92A2A"/>
          <w:sz w:val="22"/>
          <w:rtl w:val="1"/>
          <w:rFonts w:ascii="Arial" w:hAnsi="Arial" w:cs="Arial"/>
          <w:bCs/>
          <w:szCs w:val="22"/>
        </w:rPr>
        <w:t>✔ למשל: ריח, ראייה, זיכרון של הדרך, השמש.</w:t>
      </w:r>
    </w:p>
    <w:p>
      <w:pPr>
        <w:pStyle w:val="Heading2"/>
        <w:bidi w:val="1"/>
        <w:jc w:val="right"/>
      </w:pPr>
      <w:r>
        <w:rPr>
          <w:b/>
          <w:color w:val="1C7ED6"/>
          <w:sz w:val="27"/>
          <w:rtl w:val="1"/>
          <w:rFonts w:ascii="Arial" w:hAnsi="Arial" w:cs="Arial"/>
          <w:bCs/>
          <w:szCs w:val="27"/>
        </w:rPr>
        <w:t>חלק ב׳ – 🚶 בזמן הקריאה</w:t>
      </w:r>
    </w:p>
    <w:p>
      <w:pPr>
        <w:bidi w:val="1"/>
        <w:spacing w:after="40"/>
        <w:jc w:val="right"/>
      </w:pPr>
      <w:r>
        <w:rPr>
          <w:b/>
          <w:sz w:val="23"/>
          <w:rtl w:val="1"/>
          <w:rFonts w:ascii="Arial" w:hAnsi="Arial" w:cs="Arial"/>
          <w:bCs/>
          <w:szCs w:val="23"/>
        </w:rPr>
        <w:t>4. מה הרעיון המרכזי של פסקה 2?   [💡 הרעיון המרכזי בפסקה]</w:t>
      </w:r>
    </w:p>
    <w:p>
      <w:pPr>
        <w:bidi w:val="1"/>
        <w:spacing w:after="20"/>
        <w:jc w:val="right"/>
      </w:pPr>
      <w:r>
        <w:rPr>
          <w:sz w:val="22"/>
          <w:rtl w:val="1"/>
          <w:rFonts w:ascii="Arial" w:hAnsi="Arial" w:cs="Arial"/>
          <w:szCs w:val="22"/>
        </w:rPr>
        <w:t xml:space="preserve">   א. לנמלים יש מחושים</w:t>
      </w:r>
    </w:p>
    <w:p>
      <w:pPr>
        <w:bidi w:val="1"/>
        <w:spacing w:after="20"/>
        <w:jc w:val="right"/>
      </w:pPr>
      <w:r>
        <w:rPr>
          <w:sz w:val="22"/>
          <w:rtl w:val="1"/>
          <w:rFonts w:ascii="Arial" w:hAnsi="Arial" w:cs="Arial"/>
          <w:szCs w:val="22"/>
        </w:rPr>
        <w:t xml:space="preserve">   ב. נמלים אוהבות עוגה</w:t>
      </w:r>
    </w:p>
    <w:p>
      <w:pPr>
        <w:bidi w:val="1"/>
        <w:spacing w:after="20"/>
        <w:jc w:val="right"/>
      </w:pPr>
      <w:r>
        <w:rPr>
          <w:b/>
          <w:color w:val="C92A2A"/>
          <w:sz w:val="22"/>
          <w:rtl w:val="1"/>
          <w:rFonts w:ascii="Arial" w:hAnsi="Arial" w:cs="Arial"/>
          <w:bCs/>
          <w:szCs w:val="22"/>
        </w:rPr>
        <w:t xml:space="preserve">   ג. נמלים מוצאות את הדרך בעזרת שביל ריח ✔</w:t>
      </w:r>
    </w:p>
    <w:p>
      <w:pPr>
        <w:bidi w:val="1"/>
        <w:spacing w:after="40"/>
        <w:jc w:val="right"/>
      </w:pPr>
      <w:r>
        <w:rPr>
          <w:b/>
          <w:sz w:val="23"/>
          <w:rtl w:val="1"/>
          <w:rFonts w:ascii="Arial" w:hAnsi="Arial" w:cs="Arial"/>
          <w:bCs/>
          <w:szCs w:val="23"/>
        </w:rPr>
        <w:t>5. מה פירוש המילה "מתנדף" (פסקה 3)? רמז: מה קורה לשביל אחר כך?   [🧩 מילה לא מוכרת – מבינים מההקשר]</w:t>
      </w:r>
    </w:p>
    <w:p>
      <w:pPr>
        <w:bidi w:val="1"/>
        <w:spacing w:after="20"/>
        <w:jc w:val="right"/>
      </w:pPr>
      <w:r>
        <w:rPr>
          <w:sz w:val="22"/>
          <w:rtl w:val="1"/>
          <w:rFonts w:ascii="Arial" w:hAnsi="Arial" w:cs="Arial"/>
          <w:szCs w:val="22"/>
        </w:rPr>
        <w:t xml:space="preserve">   א. משנה צבע</w:t>
      </w:r>
    </w:p>
    <w:p>
      <w:pPr>
        <w:bidi w:val="1"/>
        <w:spacing w:after="20"/>
        <w:jc w:val="right"/>
      </w:pPr>
      <w:r>
        <w:rPr>
          <w:sz w:val="22"/>
          <w:rtl w:val="1"/>
          <w:rFonts w:ascii="Arial" w:hAnsi="Arial" w:cs="Arial"/>
          <w:szCs w:val="22"/>
        </w:rPr>
        <w:t xml:space="preserve">   ב. מתחזק</w:t>
      </w:r>
    </w:p>
    <w:p>
      <w:pPr>
        <w:bidi w:val="1"/>
        <w:spacing w:after="20"/>
        <w:jc w:val="right"/>
      </w:pPr>
      <w:r>
        <w:rPr>
          <w:b/>
          <w:color w:val="C92A2A"/>
          <w:sz w:val="22"/>
          <w:rtl w:val="1"/>
          <w:rFonts w:ascii="Arial" w:hAnsi="Arial" w:cs="Arial"/>
          <w:bCs/>
          <w:szCs w:val="22"/>
        </w:rPr>
        <w:t xml:space="preserve">   ג. נעלם לאט לאוויר ✔</w:t>
      </w:r>
    </w:p>
    <w:p>
      <w:pPr>
        <w:bidi w:val="1"/>
        <w:spacing w:after="40"/>
        <w:jc w:val="right"/>
      </w:pPr>
      <w:r>
        <w:rPr>
          <w:b/>
          <w:sz w:val="23"/>
          <w:rtl w:val="1"/>
          <w:rFonts w:ascii="Arial" w:hAnsi="Arial" w:cs="Arial"/>
          <w:bCs/>
          <w:szCs w:val="23"/>
        </w:rPr>
        <w:t>6. "לכן יש מיני נמלים שמתמצאות בעזרת השמש" (פסקה 4). מה מסמנת המילה "לכן"?   [🔗 מילות קישור – תמרורים בטקסט]</w:t>
      </w:r>
    </w:p>
    <w:p>
      <w:pPr>
        <w:bidi w:val="1"/>
        <w:spacing w:after="20"/>
        <w:jc w:val="right"/>
      </w:pPr>
      <w:r>
        <w:rPr>
          <w:sz w:val="22"/>
          <w:rtl w:val="1"/>
          <w:rFonts w:ascii="Arial" w:hAnsi="Arial" w:cs="Arial"/>
          <w:szCs w:val="22"/>
        </w:rPr>
        <w:t xml:space="preserve">   א. ניגוד</w:t>
      </w:r>
    </w:p>
    <w:p>
      <w:pPr>
        <w:bidi w:val="1"/>
        <w:spacing w:after="20"/>
        <w:jc w:val="right"/>
      </w:pPr>
      <w:r>
        <w:rPr>
          <w:b/>
          <w:color w:val="C92A2A"/>
          <w:sz w:val="22"/>
          <w:rtl w:val="1"/>
          <w:rFonts w:ascii="Arial" w:hAnsi="Arial" w:cs="Arial"/>
          <w:bCs/>
          <w:szCs w:val="22"/>
        </w:rPr>
        <w:t xml:space="preserve">   ב. תוצאה ✔</w:t>
      </w:r>
    </w:p>
    <w:p>
      <w:pPr>
        <w:bidi w:val="1"/>
        <w:spacing w:after="20"/>
        <w:jc w:val="right"/>
      </w:pPr>
      <w:r>
        <w:rPr>
          <w:sz w:val="22"/>
          <w:rtl w:val="1"/>
          <w:rFonts w:ascii="Arial" w:hAnsi="Arial" w:cs="Arial"/>
          <w:szCs w:val="22"/>
        </w:rPr>
        <w:t xml:space="preserve">   ג. דוגמה</w:t>
      </w:r>
    </w:p>
    <w:p>
      <w:pPr>
        <w:pStyle w:val="Heading2"/>
        <w:bidi w:val="1"/>
        <w:jc w:val="right"/>
      </w:pPr>
      <w:r>
        <w:rPr>
          <w:b/>
          <w:color w:val="2F9E44"/>
          <w:sz w:val="27"/>
          <w:rtl w:val="1"/>
          <w:rFonts w:ascii="Arial" w:hAnsi="Arial" w:cs="Arial"/>
          <w:bCs/>
          <w:szCs w:val="27"/>
        </w:rPr>
        <w:t>חלק ג׳ – 🏁 אחרי הקריאה</w:t>
      </w:r>
    </w:p>
    <w:p>
      <w:pPr>
        <w:bidi w:val="1"/>
        <w:spacing w:after="40"/>
        <w:jc w:val="right"/>
      </w:pPr>
      <w:r>
        <w:rPr>
          <w:b/>
          <w:sz w:val="23"/>
          <w:rtl w:val="1"/>
          <w:rFonts w:ascii="Arial" w:hAnsi="Arial" w:cs="Arial"/>
          <w:bCs/>
          <w:szCs w:val="23"/>
        </w:rPr>
        <w:t>7. איתור: במה מריחות הנמלים את השביל?   [🔍 שאלת איתור]</w:t>
      </w:r>
    </w:p>
    <w:p>
      <w:pPr>
        <w:bidi w:val="1"/>
        <w:spacing w:after="20"/>
        <w:jc w:val="right"/>
      </w:pPr>
      <w:r>
        <w:rPr>
          <w:sz w:val="22"/>
          <w:rtl w:val="1"/>
          <w:rFonts w:ascii="Arial" w:hAnsi="Arial" w:cs="Arial"/>
          <w:szCs w:val="22"/>
        </w:rPr>
        <w:t xml:space="preserve">   א. בפה</w:t>
      </w:r>
    </w:p>
    <w:p>
      <w:pPr>
        <w:bidi w:val="1"/>
        <w:spacing w:after="20"/>
        <w:jc w:val="right"/>
      </w:pPr>
      <w:r>
        <w:rPr>
          <w:b/>
          <w:color w:val="C92A2A"/>
          <w:sz w:val="22"/>
          <w:rtl w:val="1"/>
          <w:rFonts w:ascii="Arial" w:hAnsi="Arial" w:cs="Arial"/>
          <w:bCs/>
          <w:szCs w:val="22"/>
        </w:rPr>
        <w:t xml:space="preserve">   ב. במחושים ✔</w:t>
      </w:r>
    </w:p>
    <w:p>
      <w:pPr>
        <w:bidi w:val="1"/>
        <w:spacing w:after="20"/>
        <w:jc w:val="right"/>
      </w:pPr>
      <w:r>
        <w:rPr>
          <w:sz w:val="22"/>
          <w:rtl w:val="1"/>
          <w:rFonts w:ascii="Arial" w:hAnsi="Arial" w:cs="Arial"/>
          <w:szCs w:val="22"/>
        </w:rPr>
        <w:t xml:space="preserve">   ג. ברגליים</w:t>
      </w:r>
    </w:p>
    <w:p>
      <w:pPr>
        <w:bidi w:val="1"/>
        <w:spacing w:after="40"/>
        <w:jc w:val="right"/>
      </w:pPr>
      <w:r>
        <w:rPr>
          <w:b/>
          <w:sz w:val="23"/>
          <w:rtl w:val="1"/>
          <w:rFonts w:ascii="Arial" w:hAnsi="Arial" w:cs="Arial"/>
          <w:bCs/>
          <w:szCs w:val="23"/>
        </w:rPr>
        <w:t>8. הסקה: למה השביל "נמחק" כשהמזון נגמר?   [🕵️ שאלת הסקה – בין השורות]</w:t>
      </w:r>
    </w:p>
    <w:p>
      <w:pPr>
        <w:bidi w:val="1"/>
        <w:spacing w:after="20"/>
        <w:jc w:val="right"/>
      </w:pPr>
      <w:r>
        <w:rPr>
          <w:sz w:val="22"/>
          <w:rtl w:val="1"/>
          <w:rFonts w:ascii="Arial" w:hAnsi="Arial" w:cs="Arial"/>
          <w:szCs w:val="22"/>
        </w:rPr>
        <w:t xml:space="preserve">   א. כי תמיד יורד גשם</w:t>
      </w:r>
    </w:p>
    <w:p>
      <w:pPr>
        <w:bidi w:val="1"/>
        <w:spacing w:after="20"/>
        <w:jc w:val="right"/>
      </w:pPr>
      <w:r>
        <w:rPr>
          <w:sz w:val="22"/>
          <w:rtl w:val="1"/>
          <w:rFonts w:ascii="Arial" w:hAnsi="Arial" w:cs="Arial"/>
          <w:szCs w:val="22"/>
        </w:rPr>
        <w:t xml:space="preserve">   ב. כי הנמלים מוחקות אותו ברגליים</w:t>
      </w:r>
    </w:p>
    <w:p>
      <w:pPr>
        <w:bidi w:val="1"/>
        <w:spacing w:after="20"/>
        <w:jc w:val="right"/>
      </w:pPr>
      <w:r>
        <w:rPr>
          <w:b/>
          <w:color w:val="C92A2A"/>
          <w:sz w:val="22"/>
          <w:rtl w:val="1"/>
          <w:rFonts w:ascii="Arial" w:hAnsi="Arial" w:cs="Arial"/>
          <w:bCs/>
          <w:szCs w:val="22"/>
        </w:rPr>
        <w:t xml:space="preserve">   ג. כי אף נמלה לא חוזרת עם מזון ומחזקת אותו ✔</w:t>
      </w:r>
    </w:p>
    <w:p>
      <w:pPr>
        <w:bidi w:val="1"/>
        <w:spacing w:after="40"/>
        <w:jc w:val="right"/>
      </w:pPr>
      <w:r>
        <w:rPr>
          <w:b/>
          <w:sz w:val="23"/>
          <w:rtl w:val="1"/>
          <w:rFonts w:ascii="Arial" w:hAnsi="Arial" w:cs="Arial"/>
          <w:bCs/>
          <w:szCs w:val="23"/>
        </w:rPr>
        <w:t>9. השוואה: השוו בין נמלים בגינה לבין נמלי מדבר. קנה מידה: מה עוזר להן למצוא את הדרך?   [🔄 שאלת השוואה]</w:t>
      </w:r>
    </w:p>
    <w:p>
      <w:pPr>
        <w:bidi w:val="1"/>
        <w:spacing w:after="60"/>
        <w:jc w:val="right"/>
      </w:pPr>
      <w:r>
        <w:rPr>
          <w:b/>
          <w:color w:val="C92A2A"/>
          <w:sz w:val="22"/>
          <w:rtl w:val="1"/>
          <w:rFonts w:ascii="Arial" w:hAnsi="Arial" w:cs="Arial"/>
          <w:bCs/>
          <w:szCs w:val="22"/>
        </w:rPr>
        <w:t>✔ בגינה – שביל ריח (פרומון); ואילו במדבר הריח נעלם מהר, ולכן הן נעזרות בשמש ומעריכות מרחק לפי מספר הצעדים.</w:t>
      </w:r>
    </w:p>
    <w:p>
      <w:pPr>
        <w:bidi w:val="1"/>
        <w:spacing w:after="40"/>
        <w:jc w:val="right"/>
      </w:pPr>
      <w:r>
        <w:rPr>
          <w:b/>
          <w:sz w:val="23"/>
          <w:rtl w:val="1"/>
          <w:rFonts w:ascii="Arial" w:hAnsi="Arial" w:cs="Arial"/>
          <w:bCs/>
          <w:szCs w:val="23"/>
        </w:rPr>
        <w:t>10. סכמו את הטקסט ב־3 משפטים.   [📝 סיכום קצר]</w:t>
      </w:r>
    </w:p>
    <w:p>
      <w:pPr>
        <w:bidi w:val="1"/>
        <w:spacing w:after="60"/>
        <w:jc w:val="right"/>
      </w:pPr>
      <w:r>
        <w:rPr>
          <w:b/>
          <w:color w:val="C92A2A"/>
          <w:sz w:val="22"/>
          <w:rtl w:val="1"/>
          <w:rFonts w:ascii="Arial" w:hAnsi="Arial" w:cs="Arial"/>
          <w:bCs/>
          <w:szCs w:val="22"/>
        </w:rPr>
        <w:t>✔ נמלים מוצאות את הדרך בעיקר בעזרת שביל ריח שהן משאירות. כשהמזון נגמר השביל מתנדף ונמחק. במדבר, שבו הריח נעלם מהר, נמלים מתמצאות לפי השמש ומעריכות את המרחק לפי מספר הצעדים.</w:t>
      </w:r>
    </w:p>
    <w:p>
      <w:pPr>
        <w:pStyle w:val="Heading2"/>
        <w:bidi w:val="1"/>
        <w:jc w:val="right"/>
      </w:pPr>
      <w:r>
        <w:rPr>
          <w:b/>
          <w:color w:val="1F2340"/>
          <w:sz w:val="27"/>
          <w:rtl w:val="1"/>
          <w:rFonts w:ascii="Arial" w:hAnsi="Arial" w:cs="Arial"/>
          <w:bCs/>
          <w:szCs w:val="27"/>
        </w:rPr>
        <w:t>✍️ משימת כתיבה</w:t>
      </w:r>
    </w:p>
    <w:p>
      <w:pPr>
        <w:bidi w:val="1"/>
        <w:spacing w:after="40"/>
        <w:jc w:val="right"/>
      </w:pPr>
      <w:r>
        <w:rPr>
          <w:b/>
          <w:sz w:val="23"/>
          <w:rtl w:val="1"/>
          <w:rFonts w:ascii="Arial" w:hAnsi="Arial" w:cs="Arial"/>
          <w:bCs/>
          <w:szCs w:val="23"/>
        </w:rPr>
        <w:t>11. כתבו פסקה (5–6 משפטים) לעלון של בית הספר: "דבר מפתיע שלמדתי על נמלים". שלבו מילת קישור אחת של ניגוד ואחת של תוצאה.   [✍️ תשובה מלאה: טענה + נימוק + דוגמה]</w:t>
      </w:r>
    </w:p>
    <w:p>
      <w:pPr>
        <w:bidi w:val="1"/>
        <w:spacing w:after="60"/>
        <w:jc w:val="right"/>
      </w:pPr>
      <w:r>
        <w:rPr>
          <w:b/>
          <w:color w:val="C92A2A"/>
          <w:sz w:val="22"/>
          <w:rtl w:val="1"/>
          <w:rFonts w:ascii="Arial" w:hAnsi="Arial" w:cs="Arial"/>
          <w:bCs/>
          <w:szCs w:val="22"/>
        </w:rPr>
        <w:t>✔ תשובה אישית לפי המחוון: עמידה במשימה, מבנה, מילות קישור, לשון.</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318"/>
      </w:tblGrid>
      <w:tr>
        <w:tc>
          <w:tcPr>
            <w:tcW w:type="dxa" w:w="10318"/>
            <w:shd w:val="clear" w:color="auto" w:fill="FFFFFF"/>
          </w:tcPr>
          <w:p>
            <w:pPr>
              <w:bidi w:val="1"/>
              <w:spacing w:after="20"/>
              <w:jc w:val="right"/>
            </w:pPr>
            <w:r>
              <w:rPr>
                <w:b/>
                <w:sz w:val="26"/>
                <w:rtl w:val="1"/>
                <w:rFonts w:ascii="Arial" w:hAnsi="Arial" w:cs="Arial"/>
                <w:bCs/>
                <w:szCs w:val="26"/>
              </w:rPr>
              <w:t>✂️ 🎟️ כרטיס יציאה</w:t>
            </w:r>
          </w:p>
          <w:p>
            <w:pPr>
              <w:bidi w:val="1"/>
              <w:spacing w:after="20"/>
              <w:jc w:val="right"/>
            </w:pPr>
            <w:r>
              <w:rPr>
                <w:sz w:val="22"/>
                <w:rtl w:val="1"/>
                <w:rFonts w:ascii="Arial" w:hAnsi="Arial" w:cs="Arial"/>
                <w:szCs w:val="22"/>
              </w:rPr>
              <w:t>איזה כרטיס עזר לי הכי הרבה בטקסט הזה? למה?</w:t>
            </w:r>
          </w:p>
          <w:p>
            <w:pPr>
              <w:bidi w:val="1"/>
              <w:spacing w:after="20"/>
              <w:jc w:val="right"/>
            </w:pPr>
            <w:r>
              <w:rPr>
                <w:color w:val="999999"/>
                <w:sz w:val="24"/>
                <w:rtl w:val="1"/>
                <w:rFonts w:ascii="Arial" w:hAnsi="Arial" w:cs="Arial"/>
                <w:szCs w:val="24"/>
              </w:rPr>
              <w:t>_______________________________________________________</w:t>
            </w:r>
          </w:p>
          <w:p>
            <w:pPr>
              <w:bidi w:val="1"/>
              <w:spacing w:after="20"/>
              <w:jc w:val="right"/>
            </w:pPr>
            <w:r>
              <w:rPr>
                <w:sz w:val="22"/>
                <w:rtl w:val="1"/>
                <w:rFonts w:ascii="Arial" w:hAnsi="Arial" w:cs="Arial"/>
                <w:szCs w:val="22"/>
              </w:rPr>
              <w:t>מילה אחת שלמדתי:</w:t>
            </w:r>
          </w:p>
          <w:p>
            <w:pPr>
              <w:bidi w:val="1"/>
              <w:spacing w:after="20"/>
              <w:jc w:val="right"/>
            </w:pPr>
            <w:r>
              <w:rPr>
                <w:color w:val="999999"/>
                <w:sz w:val="24"/>
                <w:rtl w:val="1"/>
                <w:rFonts w:ascii="Arial" w:hAnsi="Arial" w:cs="Arial"/>
                <w:szCs w:val="24"/>
              </w:rPr>
              <w:t>_______________________________________________________</w:t>
            </w:r>
          </w:p>
        </w:tc>
      </w:tr>
    </w:tbl>
    <w:p>
      <w:r>
        <w:br w:type="page"/>
      </w:r>
    </w:p>
    <w:p>
      <w:pPr>
        <w:pStyle w:val="Title"/>
        <w:bidi w:val="1"/>
        <w:jc w:val="right"/>
      </w:pPr>
      <w:r>
        <w:rPr>
          <w:b/>
          <w:color w:val="5F3DC4"/>
          <w:sz w:val="44"/>
          <w:rtl w:val="1"/>
          <w:rFonts w:ascii="Arial" w:hAnsi="Arial" w:cs="Arial"/>
          <w:bCs/>
          <w:szCs w:val="44"/>
        </w:rPr>
        <w:t>🐜 מסע מודרך 1 – טקסט מידעי</w:t>
      </w:r>
    </w:p>
    <w:p>
      <w:pPr>
        <w:bidi w:val="1"/>
        <w:spacing w:after="60"/>
        <w:jc w:val="right"/>
      </w:pPr>
      <w:r>
        <w:rPr>
          <w:color w:val="495057"/>
          <w:sz w:val="22"/>
          <w:rtl w:val="1"/>
          <w:rFonts w:ascii="Arial" w:hAnsi="Arial" w:cs="Arial"/>
          <w:szCs w:val="22"/>
        </w:rPr>
        <w:t>דף תרגול · חט״ב – עולים חדשים · כרטיסיות ניווט בטקסט</w:t>
      </w:r>
    </w:p>
    <w:p>
      <w:pPr>
        <w:bidi w:val="1"/>
        <w:spacing w:after="60"/>
        <w:jc w:val="right"/>
      </w:pPr>
      <w:r>
        <w:rPr>
          <w:b/>
          <w:color w:val="1C7ED6"/>
          <w:sz w:val="24"/>
          <w:rtl w:val="1"/>
          <w:rFonts w:ascii="Arial" w:hAnsi="Arial" w:cs="Arial"/>
          <w:bCs/>
          <w:szCs w:val="24"/>
        </w:rPr>
        <w:t>✏️ דף לתלמיד</w:t>
      </w:r>
    </w:p>
    <w:p>
      <w:pPr>
        <w:bidi w:val="1"/>
        <w:spacing w:after="160"/>
        <w:jc w:val="right"/>
      </w:pPr>
      <w:r>
        <w:rPr>
          <w:b/>
          <w:sz w:val="24"/>
          <w:rtl w:val="1"/>
          <w:rFonts w:ascii="Arial" w:hAnsi="Arial" w:cs="Arial"/>
          <w:bCs/>
          <w:szCs w:val="24"/>
        </w:rPr>
        <w:t>שם: ________________   כיתה: ________   תאריך: ____________</w:t>
      </w:r>
    </w:p>
    <w:p>
      <w:pPr>
        <w:bidi w:val="1"/>
        <w:spacing w:after="60"/>
        <w:jc w:val="right"/>
      </w:pPr>
      <w:r>
        <w:rPr>
          <w:b/>
          <w:color w:val="5F3DC4"/>
          <w:sz w:val="21"/>
          <w:rtl w:val="1"/>
          <w:rFonts w:ascii="Arial" w:hAnsi="Arial" w:cs="Arial"/>
          <w:bCs/>
          <w:szCs w:val="21"/>
        </w:rPr>
        <w:t>🧭 לפני הקריאה  ➜  🚶 בזמן הקריאה  ➜  🏁 אחרי הקריאה  ➜  🆘 כרטיסי SOS</w:t>
      </w:r>
    </w:p>
    <w:p>
      <w:pPr>
        <w:pStyle w:val="Heading2"/>
        <w:bidi w:val="1"/>
        <w:jc w:val="right"/>
      </w:pPr>
      <w:r>
        <w:rPr>
          <w:b/>
          <w:color w:val="1F2340"/>
          <w:sz w:val="27"/>
          <w:rtl w:val="1"/>
          <w:rFonts w:ascii="Arial" w:hAnsi="Arial" w:cs="Arial"/>
          <w:bCs/>
          <w:szCs w:val="27"/>
        </w:rPr>
        <w:t>📖 הטקסט</w:t>
      </w:r>
    </w:p>
    <w:p>
      <w:pPr>
        <w:pStyle w:val="Heading3"/>
        <w:bidi w:val="1"/>
        <w:jc w:val="right"/>
      </w:pPr>
      <w:r>
        <w:rPr>
          <w:b/>
          <w:color w:val="1F2340"/>
          <w:sz w:val="24"/>
          <w:rtl w:val="1"/>
          <w:rFonts w:ascii="Arial" w:hAnsi="Arial" w:cs="Arial"/>
          <w:bCs/>
          <w:szCs w:val="24"/>
        </w:rPr>
        <w:t>📖 איך נמלים מוצאות את הדרך הביתה?</w:t>
      </w:r>
    </w:p>
    <w:p>
      <w:pPr>
        <w:bidi w:val="1"/>
        <w:spacing w:after="80"/>
        <w:jc w:val="right"/>
      </w:pPr>
      <w:r>
        <w:rPr>
          <w:sz w:val="25"/>
          <w:rtl w:val="1"/>
          <w:rFonts w:ascii="Arial" w:hAnsi="Arial" w:cs="Arial"/>
          <w:szCs w:val="25"/>
        </w:rPr>
        <w:t>(1) מי שהניח פעם פירור עוגה על אדן החלון ראה זאת: אחרי זמן קצר מגיעה נמלה אחת, ואחריה – שיירה ארוכה של נמלים שהולכות בדיוק באותו מסלול. איך הן יודעות לאן ללכת, ואיך הן מוצאות את הדרך חזרה לקן?</w:t>
      </w:r>
    </w:p>
    <w:p>
      <w:pPr>
        <w:bidi w:val="1"/>
        <w:spacing w:after="120"/>
        <w:jc w:val="right"/>
      </w:pPr>
      <w:r>
        <w:rPr>
          <w:color w:val="862E00"/>
          <w:sz w:val="22"/>
          <w:rtl w:val="1"/>
          <w:rFonts w:ascii="Arial" w:hAnsi="Arial" w:cs="Arial"/>
          <w:szCs w:val="22"/>
        </w:rPr>
        <w:t>💬 בקצרה: נמלים הולכות בשורה ארוכה אל האוכל. איך הן יודעות את הדרך?</w:t>
      </w:r>
    </w:p>
    <w:p>
      <w:pPr>
        <w:bidi w:val="1"/>
        <w:spacing w:after="80"/>
        <w:jc w:val="right"/>
      </w:pPr>
      <w:r>
        <w:rPr>
          <w:sz w:val="25"/>
          <w:rtl w:val="1"/>
          <w:rFonts w:ascii="Arial" w:hAnsi="Arial" w:cs="Arial"/>
          <w:szCs w:val="25"/>
        </w:rPr>
        <w:t>(2) התשובה הראשונה היא ריח. נמלים רבות משאירות על הקרקע חומר כימי שנקרא פרומון. נמלה שמצאה מזון חוזרת לקן ומשאירה אחריה "שביל ריח". נמלים אחרות מריחות את השביל בעזרת המחושים והולכות בעקבותיו. כל נמלה שחוזרת עם מזון מחזקת את השביל, ולכן הוא הולך ומתחזק כל עוד יש אוכל.</w:t>
      </w:r>
    </w:p>
    <w:p>
      <w:pPr>
        <w:bidi w:val="1"/>
        <w:spacing w:after="120"/>
        <w:jc w:val="right"/>
      </w:pPr>
      <w:r>
        <w:rPr>
          <w:color w:val="862E00"/>
          <w:sz w:val="22"/>
          <w:rtl w:val="1"/>
          <w:rFonts w:ascii="Arial" w:hAnsi="Arial" w:cs="Arial"/>
          <w:szCs w:val="22"/>
        </w:rPr>
        <w:t>💬 בקצרה: דרך 1: ריח. נמלה משאירה שביל של ריח. נמלות אחרות מריחות והולכות אחריו.</w:t>
      </w:r>
    </w:p>
    <w:p>
      <w:pPr>
        <w:bidi w:val="1"/>
        <w:spacing w:after="80"/>
        <w:jc w:val="right"/>
      </w:pPr>
      <w:r>
        <w:rPr>
          <w:sz w:val="25"/>
          <w:rtl w:val="1"/>
          <w:rFonts w:ascii="Arial" w:hAnsi="Arial" w:cs="Arial"/>
          <w:szCs w:val="25"/>
        </w:rPr>
        <w:t>(3) אבל מה קורה כשהמזון נגמר? הנמלים מפסיקות לחזק את השביל, והריח מתנדף בהדרגה. כך השביל "נמחק" מעצמו, והנמלים לא מבזבזות זמן על דרך שכבר לא מובילה לשום מקום.</w:t>
      </w:r>
    </w:p>
    <w:p>
      <w:pPr>
        <w:bidi w:val="1"/>
        <w:spacing w:after="120"/>
        <w:jc w:val="right"/>
      </w:pPr>
      <w:r>
        <w:rPr>
          <w:color w:val="862E00"/>
          <w:sz w:val="22"/>
          <w:rtl w:val="1"/>
          <w:rFonts w:ascii="Arial" w:hAnsi="Arial" w:cs="Arial"/>
          <w:szCs w:val="22"/>
        </w:rPr>
        <w:t>💬 בקצרה: כשאין אוכל – הריח נעלם. השביל נמחק.</w:t>
      </w:r>
    </w:p>
    <w:p>
      <w:pPr>
        <w:bidi w:val="1"/>
        <w:spacing w:after="80"/>
        <w:jc w:val="right"/>
      </w:pPr>
      <w:r>
        <w:rPr>
          <w:sz w:val="25"/>
          <w:rtl w:val="1"/>
          <w:rFonts w:ascii="Arial" w:hAnsi="Arial" w:cs="Arial"/>
          <w:szCs w:val="25"/>
        </w:rPr>
        <w:t>(4) במדבר המצב שונה. החול חם, הרוח נושבת, וריח נעלם שם מהר מאוד. לכן יש מיני נמלים שמתמצאות בעזרת השמש: הן "זוכרות" את כיוון השמש ויודעות באיזו זווית ללכת. חוקרים גילו שחלק מנמלי המדבר גם מעריכות את המרחק שעברו – כנראה לפי מספר הצעדים שהן עושות.</w:t>
      </w:r>
    </w:p>
    <w:p>
      <w:pPr>
        <w:bidi w:val="1"/>
        <w:spacing w:after="120"/>
        <w:jc w:val="right"/>
      </w:pPr>
      <w:r>
        <w:rPr>
          <w:color w:val="862E00"/>
          <w:sz w:val="22"/>
          <w:rtl w:val="1"/>
          <w:rFonts w:ascii="Arial" w:hAnsi="Arial" w:cs="Arial"/>
          <w:szCs w:val="22"/>
        </w:rPr>
        <w:t>💬 בקצרה: במדבר הריח נעלם מהר. לכן נמלים שם משתמשות בשמש וסופרות צעדים.</w:t>
      </w:r>
    </w:p>
    <w:p>
      <w:pPr>
        <w:bidi w:val="1"/>
        <w:spacing w:after="80"/>
        <w:jc w:val="right"/>
      </w:pPr>
      <w:r>
        <w:rPr>
          <w:sz w:val="25"/>
          <w:rtl w:val="1"/>
          <w:rFonts w:ascii="Arial" w:hAnsi="Arial" w:cs="Arial"/>
          <w:szCs w:val="25"/>
        </w:rPr>
        <w:t>(5) נמלים אינן חכמות יותר מבני אדם, אבל יש להן כלים מדויקים שהתפתחו במשך מיליוני שנים. בפעם הבאה שתראו שיירת נמלים, נסו לחשוב: האם היא הולכת לפי ריח, לפי השמש – או לפי שניהם?</w:t>
      </w:r>
    </w:p>
    <w:p>
      <w:pPr>
        <w:bidi w:val="1"/>
        <w:spacing w:after="120"/>
        <w:jc w:val="right"/>
      </w:pPr>
      <w:r>
        <w:rPr>
          <w:color w:val="862E00"/>
          <w:sz w:val="22"/>
          <w:rtl w:val="1"/>
          <w:rFonts w:ascii="Arial" w:hAnsi="Arial" w:cs="Arial"/>
          <w:szCs w:val="22"/>
        </w:rPr>
        <w:t>💬 בקצרה: לנמלים יש כלים טובים למצוא את הדרך.</w:t>
      </w:r>
    </w:p>
    <w:p>
      <w:pPr>
        <w:pStyle w:val="Heading3"/>
        <w:bidi w:val="1"/>
        <w:jc w:val="right"/>
      </w:pPr>
      <w:r>
        <w:rPr>
          <w:b/>
          <w:color w:val="1F2340"/>
          <w:sz w:val="24"/>
          <w:rtl w:val="1"/>
          <w:rFonts w:ascii="Arial" w:hAnsi="Arial" w:cs="Arial"/>
          <w:bCs/>
          <w:szCs w:val="24"/>
        </w:rPr>
        <w:t>📒 מילון חזותי</w:t>
      </w:r>
    </w:p>
    <w:tbl>
      <w:tblPr>
        <w:tblStyle w:val="TableGrid"/>
        <w:tblW w:type="auto" w:w="0"/>
        <w:tblLook w:firstColumn="1" w:firstRow="1" w:lastColumn="0" w:lastRow="0" w:noHBand="0" w:noVBand="1" w:val="04A0"/>
        <w:bidiVisual/>
      </w:tblPr>
      <w:tblGrid>
        <w:gridCol w:w="3439"/>
        <w:gridCol w:w="3439"/>
        <w:gridCol w:w="3439"/>
      </w:tblGrid>
      <w:tr>
        <w:tc>
          <w:tcPr>
            <w:tcW w:type="dxa" w:w="3439"/>
            <w:shd w:val="clear" w:color="auto" w:fill="E3FAFC"/>
          </w:tcPr>
          <w:p>
            <w:pPr>
              <w:bidi w:val="1"/>
              <w:spacing w:after="20"/>
              <w:jc w:val="right"/>
            </w:pPr>
            <w:r>
              <w:rPr>
                <w:b/>
                <w:sz w:val="22"/>
                <w:rtl w:val="1"/>
                <w:rFonts w:ascii="Arial" w:hAnsi="Arial" w:cs="Arial"/>
                <w:bCs/>
                <w:szCs w:val="22"/>
              </w:rPr>
              <w:t>מילה</w:t>
            </w:r>
          </w:p>
        </w:tc>
        <w:tc>
          <w:tcPr>
            <w:tcW w:type="dxa" w:w="3439"/>
            <w:shd w:val="clear" w:color="auto" w:fill="E3FAFC"/>
          </w:tcPr>
          <w:p>
            <w:pPr>
              <w:bidi w:val="1"/>
              <w:spacing w:after="20"/>
              <w:jc w:val="right"/>
            </w:pPr>
            <w:r>
              <w:rPr>
                <w:b/>
                <w:sz w:val="22"/>
                <w:rtl w:val="1"/>
                <w:rFonts w:ascii="Arial" w:hAnsi="Arial" w:cs="Arial"/>
                <w:bCs/>
                <w:szCs w:val="22"/>
              </w:rPr>
              <w:t>סמל</w:t>
            </w:r>
          </w:p>
        </w:tc>
        <w:tc>
          <w:tcPr>
            <w:tcW w:type="dxa" w:w="3439"/>
            <w:shd w:val="clear" w:color="auto" w:fill="E3FAFC"/>
          </w:tcPr>
          <w:p>
            <w:pPr>
              <w:bidi w:val="1"/>
              <w:spacing w:after="20"/>
              <w:jc w:val="right"/>
            </w:pPr>
            <w:r>
              <w:rPr>
                <w:b/>
                <w:sz w:val="22"/>
                <w:rtl w:val="1"/>
                <w:rFonts w:ascii="Arial" w:hAnsi="Arial" w:cs="Arial"/>
                <w:bCs/>
                <w:szCs w:val="22"/>
              </w:rPr>
              <w:t>פירוש</w:t>
            </w:r>
          </w:p>
        </w:tc>
      </w:tr>
      <w:tr>
        <w:tc>
          <w:tcPr>
            <w:tcW w:type="dxa" w:w="3439"/>
          </w:tcPr>
          <w:p>
            <w:pPr>
              <w:bidi w:val="1"/>
              <w:spacing w:after="20"/>
              <w:jc w:val="right"/>
            </w:pPr>
            <w:r>
              <w:rPr>
                <w:sz w:val="22"/>
                <w:rtl w:val="1"/>
                <w:rFonts w:ascii="Arial" w:hAnsi="Arial" w:cs="Arial"/>
                <w:szCs w:val="22"/>
              </w:rPr>
              <w:t>שיירה</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שורה ארוכה של הולכים</w:t>
            </w:r>
          </w:p>
        </w:tc>
      </w:tr>
      <w:tr>
        <w:tc>
          <w:tcPr>
            <w:tcW w:type="dxa" w:w="3439"/>
          </w:tcPr>
          <w:p>
            <w:pPr>
              <w:bidi w:val="1"/>
              <w:spacing w:after="20"/>
              <w:jc w:val="right"/>
            </w:pPr>
            <w:r>
              <w:rPr>
                <w:sz w:val="22"/>
                <w:rtl w:val="1"/>
                <w:rFonts w:ascii="Arial" w:hAnsi="Arial" w:cs="Arial"/>
                <w:szCs w:val="22"/>
              </w:rPr>
              <w:t>פרומון</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חומר ריח שבעלי חיים מפרישים</w:t>
            </w:r>
          </w:p>
        </w:tc>
      </w:tr>
      <w:tr>
        <w:tc>
          <w:tcPr>
            <w:tcW w:type="dxa" w:w="3439"/>
          </w:tcPr>
          <w:p>
            <w:pPr>
              <w:bidi w:val="1"/>
              <w:spacing w:after="20"/>
              <w:jc w:val="right"/>
            </w:pPr>
            <w:r>
              <w:rPr>
                <w:sz w:val="22"/>
                <w:rtl w:val="1"/>
                <w:rFonts w:ascii="Arial" w:hAnsi="Arial" w:cs="Arial"/>
                <w:szCs w:val="22"/>
              </w:rPr>
              <w:t>מחושים</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"אנטנות" בראש של חרק</w:t>
            </w:r>
          </w:p>
        </w:tc>
      </w:tr>
      <w:tr>
        <w:tc>
          <w:tcPr>
            <w:tcW w:type="dxa" w:w="3439"/>
          </w:tcPr>
          <w:p>
            <w:pPr>
              <w:bidi w:val="1"/>
              <w:spacing w:after="20"/>
              <w:jc w:val="right"/>
            </w:pPr>
            <w:r>
              <w:rPr>
                <w:sz w:val="22"/>
                <w:rtl w:val="1"/>
                <w:rFonts w:ascii="Arial" w:hAnsi="Arial" w:cs="Arial"/>
                <w:szCs w:val="22"/>
              </w:rPr>
              <w:t>מתנדף</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נעלם לאט לאוויר</w:t>
            </w:r>
          </w:p>
        </w:tc>
      </w:tr>
      <w:tr>
        <w:tc>
          <w:tcPr>
            <w:tcW w:type="dxa" w:w="3439"/>
          </w:tcPr>
          <w:p>
            <w:pPr>
              <w:bidi w:val="1"/>
              <w:spacing w:after="20"/>
              <w:jc w:val="right"/>
            </w:pPr>
            <w:r>
              <w:rPr>
                <w:sz w:val="22"/>
                <w:rtl w:val="1"/>
                <w:rFonts w:ascii="Arial" w:hAnsi="Arial" w:cs="Arial"/>
                <w:szCs w:val="22"/>
              </w:rPr>
              <w:t>מתמצאות</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יודעות איפה הן ולאן ללכת</w:t>
            </w:r>
          </w:p>
        </w:tc>
      </w:tr>
      <w:tr>
        <w:tc>
          <w:tcPr>
            <w:tcW w:type="dxa" w:w="3439"/>
          </w:tcPr>
          <w:p>
            <w:pPr>
              <w:bidi w:val="1"/>
              <w:spacing w:after="20"/>
              <w:jc w:val="right"/>
            </w:pPr>
            <w:r>
              <w:rPr>
                <w:sz w:val="22"/>
                <w:rtl w:val="1"/>
                <w:rFonts w:ascii="Arial" w:hAnsi="Arial" w:cs="Arial"/>
                <w:szCs w:val="22"/>
              </w:rPr>
              <w:t>זווית</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כיוון ביחס למשהו</w:t>
            </w:r>
          </w:p>
        </w:tc>
      </w:tr>
    </w:tbl>
    <w:p>
      <w:pPr>
        <w:pStyle w:val="Heading3"/>
        <w:bidi w:val="1"/>
        <w:jc w:val="right"/>
      </w:pPr>
      <w:r>
        <w:rPr>
          <w:b/>
          <w:color w:val="1F2340"/>
          <w:sz w:val="24"/>
          <w:rtl w:val="1"/>
          <w:rFonts w:ascii="Arial" w:hAnsi="Arial" w:cs="Arial"/>
          <w:bCs/>
          <w:szCs w:val="24"/>
        </w:rPr>
        <w:t>🔗 בנק מילות קישור</w:t>
      </w:r>
    </w:p>
    <w:p>
      <w:pPr>
        <w:bidi w:val="1"/>
        <w:spacing w:after="20"/>
        <w:jc w:val="right"/>
      </w:pPr>
      <w:r>
        <w:rPr>
          <w:b/>
          <w:color w:val="2F9E44"/>
          <w:sz w:val="22"/>
          <w:rtl w:val="1"/>
          <w:rFonts w:ascii="Arial" w:hAnsi="Arial" w:cs="Arial"/>
          <w:bCs/>
          <w:szCs w:val="22"/>
        </w:rPr>
        <w:t>➕ הוספה: בנוסף, גם, וכן, יתר על כן</w:t>
      </w:r>
    </w:p>
    <w:p>
      <w:pPr>
        <w:bidi w:val="1"/>
        <w:spacing w:after="20"/>
        <w:jc w:val="right"/>
      </w:pPr>
      <w:r>
        <w:rPr>
          <w:b/>
          <w:color w:val="E03131"/>
          <w:sz w:val="22"/>
          <w:rtl w:val="1"/>
          <w:rFonts w:ascii="Arial" w:hAnsi="Arial" w:cs="Arial"/>
          <w:bCs/>
          <w:szCs w:val="22"/>
        </w:rPr>
        <w:t>↔️ ניגוד: אבל, אולם, עם זאת, לעומת, ואילו</w:t>
      </w:r>
    </w:p>
    <w:p>
      <w:pPr>
        <w:bidi w:val="1"/>
        <w:spacing w:after="20"/>
        <w:jc w:val="right"/>
      </w:pPr>
      <w:r>
        <w:rPr>
          <w:b/>
          <w:color w:val="2B8A3E"/>
          <w:sz w:val="22"/>
          <w:rtl w:val="1"/>
          <w:rFonts w:ascii="Arial" w:hAnsi="Arial" w:cs="Arial"/>
          <w:bCs/>
          <w:szCs w:val="22"/>
        </w:rPr>
        <w:t>❓ סיבה: כי, מפני ש, משום ש, בגלל</w:t>
      </w:r>
    </w:p>
    <w:p>
      <w:pPr>
        <w:bidi w:val="1"/>
        <w:spacing w:after="20"/>
        <w:jc w:val="right"/>
      </w:pPr>
      <w:r>
        <w:rPr>
          <w:b/>
          <w:color w:val="1C7ED6"/>
          <w:sz w:val="22"/>
          <w:rtl w:val="1"/>
          <w:rFonts w:ascii="Arial" w:hAnsi="Arial" w:cs="Arial"/>
          <w:bCs/>
          <w:szCs w:val="22"/>
        </w:rPr>
        <w:t>➡️ תוצאה: לכן, לפיכך, כך ש, כתוצאה מכך</w:t>
      </w:r>
    </w:p>
    <w:p>
      <w:pPr>
        <w:bidi w:val="1"/>
        <w:spacing w:after="20"/>
        <w:jc w:val="right"/>
      </w:pPr>
      <w:r>
        <w:rPr>
          <w:b/>
          <w:color w:val="7048E8"/>
          <w:sz w:val="22"/>
          <w:rtl w:val="1"/>
          <w:rFonts w:ascii="Arial" w:hAnsi="Arial" w:cs="Arial"/>
          <w:bCs/>
          <w:szCs w:val="22"/>
        </w:rPr>
        <w:t>👉 דוגמה: למשל, לדוגמה, כגון</w:t>
      </w:r>
    </w:p>
    <w:p>
      <w:pPr>
        <w:pStyle w:val="Heading2"/>
        <w:bidi w:val="1"/>
        <w:jc w:val="right"/>
      </w:pPr>
      <w:r>
        <w:rPr>
          <w:b/>
          <w:color w:val="7048E8"/>
          <w:sz w:val="27"/>
          <w:rtl w:val="1"/>
          <w:rFonts w:ascii="Arial" w:hAnsi="Arial" w:cs="Arial"/>
          <w:bCs/>
          <w:szCs w:val="27"/>
        </w:rPr>
        <w:t>חלק א׳ – 🧭 לפני הקריאה</w:t>
      </w:r>
    </w:p>
    <w:p>
      <w:pPr>
        <w:bidi w:val="1"/>
        <w:spacing w:after="40"/>
        <w:jc w:val="right"/>
      </w:pPr>
      <w:r>
        <w:rPr>
          <w:b/>
          <w:sz w:val="23"/>
          <w:rtl w:val="1"/>
          <w:rFonts w:ascii="Arial" w:hAnsi="Arial" w:cs="Arial"/>
          <w:bCs/>
          <w:szCs w:val="23"/>
        </w:rPr>
        <w:t>1. הכותרת היא שאלה. מה היא מבטיחה?   [🏷️ כותרת – מה היא מבטיחה?]</w:t>
      </w:r>
    </w:p>
    <w:p>
      <w:pPr>
        <w:bidi w:val="1"/>
        <w:spacing w:after="20"/>
        <w:jc w:val="right"/>
      </w:pPr>
      <w:r>
        <w:rPr>
          <w:sz w:val="22"/>
          <w:rtl w:val="1"/>
          <w:rFonts w:ascii="Arial" w:hAnsi="Arial" w:cs="Arial"/>
          <w:szCs w:val="22"/>
        </w:rPr>
        <w:t xml:space="preserve">   א. הוראות איך להרחיק נמלים מהבית</w:t>
      </w:r>
    </w:p>
    <w:p>
      <w:pPr>
        <w:bidi w:val="1"/>
        <w:spacing w:after="20"/>
        <w:jc w:val="right"/>
      </w:pPr>
      <w:r>
        <w:rPr>
          <w:sz w:val="22"/>
          <w:rtl w:val="1"/>
          <w:rFonts w:ascii="Arial" w:hAnsi="Arial" w:cs="Arial"/>
          <w:szCs w:val="22"/>
        </w:rPr>
        <w:t xml:space="preserve">   ב. הסבר איך נמלים מוצאות את הדרך</w:t>
      </w:r>
    </w:p>
    <w:p>
      <w:pPr>
        <w:bidi w:val="1"/>
        <w:spacing w:after="20"/>
        <w:jc w:val="right"/>
      </w:pPr>
      <w:r>
        <w:rPr>
          <w:sz w:val="22"/>
          <w:rtl w:val="1"/>
          <w:rFonts w:ascii="Arial" w:hAnsi="Arial" w:cs="Arial"/>
          <w:szCs w:val="22"/>
        </w:rPr>
        <w:t xml:space="preserve">   ג. סיפור על נמלה אחת שהלכה לאיבוד</w:t>
      </w:r>
    </w:p>
    <w:p>
      <w:pPr>
        <w:bidi w:val="1"/>
        <w:spacing w:after="40"/>
        <w:jc w:val="right"/>
      </w:pPr>
      <w:r>
        <w:rPr>
          <w:b/>
          <w:sz w:val="23"/>
          <w:rtl w:val="1"/>
          <w:rFonts w:ascii="Arial" w:hAnsi="Arial" w:cs="Arial"/>
          <w:bCs/>
          <w:szCs w:val="23"/>
        </w:rPr>
        <w:t>2. איזה סוג טקסט זה?   [🎯 סוגה ומטרה – איזה טקסט זה?]</w:t>
      </w:r>
    </w:p>
    <w:p>
      <w:pPr>
        <w:bidi w:val="1"/>
        <w:spacing w:after="20"/>
        <w:jc w:val="right"/>
      </w:pPr>
      <w:r>
        <w:rPr>
          <w:sz w:val="22"/>
          <w:rtl w:val="1"/>
          <w:rFonts w:ascii="Arial" w:hAnsi="Arial" w:cs="Arial"/>
          <w:szCs w:val="22"/>
        </w:rPr>
        <w:t xml:space="preserve">   א. סיפור</w:t>
      </w:r>
    </w:p>
    <w:p>
      <w:pPr>
        <w:bidi w:val="1"/>
        <w:spacing w:after="20"/>
        <w:jc w:val="right"/>
      </w:pPr>
      <w:r>
        <w:rPr>
          <w:sz w:val="22"/>
          <w:rtl w:val="1"/>
          <w:rFonts w:ascii="Arial" w:hAnsi="Arial" w:cs="Arial"/>
          <w:szCs w:val="22"/>
        </w:rPr>
        <w:t xml:space="preserve">   ב. טור דעה</w:t>
      </w:r>
    </w:p>
    <w:p>
      <w:pPr>
        <w:bidi w:val="1"/>
        <w:spacing w:after="20"/>
        <w:jc w:val="right"/>
      </w:pPr>
      <w:r>
        <w:rPr>
          <w:sz w:val="22"/>
          <w:rtl w:val="1"/>
          <w:rFonts w:ascii="Arial" w:hAnsi="Arial" w:cs="Arial"/>
          <w:szCs w:val="22"/>
        </w:rPr>
        <w:t xml:space="preserve">   ג. טקסט מידעי</w:t>
      </w:r>
    </w:p>
    <w:p>
      <w:pPr>
        <w:bidi w:val="1"/>
        <w:spacing w:after="40"/>
        <w:jc w:val="right"/>
      </w:pPr>
      <w:r>
        <w:rPr>
          <w:b/>
          <w:sz w:val="23"/>
          <w:rtl w:val="1"/>
          <w:rFonts w:ascii="Arial" w:hAnsi="Arial" w:cs="Arial"/>
          <w:bCs/>
          <w:szCs w:val="23"/>
        </w:rPr>
        <w:t>3. ניבוי: אילו דרכים להתמצאות לדעתכם יופיעו בטקסט?   [🔮 ניבוי – מה יהיה בטקסט?]</w:t>
      </w:r>
    </w:p>
    <w:p>
      <w:pPr>
        <w:bidi w:val="1"/>
        <w:spacing w:after="20"/>
        <w:jc w:val="right"/>
      </w:pPr>
      <w:r>
        <w:rPr>
          <w:b/>
          <w:color w:val="2B8A3E"/>
          <w:sz w:val="22"/>
          <w:rtl w:val="1"/>
          <w:rFonts w:ascii="Arial" w:hAnsi="Arial" w:cs="Arial"/>
          <w:bCs/>
          <w:szCs w:val="22"/>
        </w:rPr>
        <w:t>✏️ לדעתי הטקסט יספר על…</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pStyle w:val="Heading2"/>
        <w:bidi w:val="1"/>
        <w:jc w:val="right"/>
      </w:pPr>
      <w:r>
        <w:rPr>
          <w:b/>
          <w:color w:val="1C7ED6"/>
          <w:sz w:val="27"/>
          <w:rtl w:val="1"/>
          <w:rFonts w:ascii="Arial" w:hAnsi="Arial" w:cs="Arial"/>
          <w:bCs/>
          <w:szCs w:val="27"/>
        </w:rPr>
        <w:t>חלק ב׳ – 🚶 בזמן הקריאה</w:t>
      </w:r>
    </w:p>
    <w:p>
      <w:pPr>
        <w:bidi w:val="1"/>
        <w:spacing w:after="40"/>
        <w:jc w:val="right"/>
      </w:pPr>
      <w:r>
        <w:rPr>
          <w:b/>
          <w:sz w:val="23"/>
          <w:rtl w:val="1"/>
          <w:rFonts w:ascii="Arial" w:hAnsi="Arial" w:cs="Arial"/>
          <w:bCs/>
          <w:szCs w:val="23"/>
        </w:rPr>
        <w:t>4. מה הרעיון המרכזי של פסקה 2?   [💡 הרעיון המרכזי בפסקה]</w:t>
      </w:r>
    </w:p>
    <w:p>
      <w:pPr>
        <w:bidi w:val="1"/>
        <w:spacing w:after="20"/>
        <w:jc w:val="right"/>
      </w:pPr>
      <w:r>
        <w:rPr>
          <w:sz w:val="22"/>
          <w:rtl w:val="1"/>
          <w:rFonts w:ascii="Arial" w:hAnsi="Arial" w:cs="Arial"/>
          <w:szCs w:val="22"/>
        </w:rPr>
        <w:t xml:space="preserve">   א. לנמלים יש מחושים</w:t>
      </w:r>
    </w:p>
    <w:p>
      <w:pPr>
        <w:bidi w:val="1"/>
        <w:spacing w:after="20"/>
        <w:jc w:val="right"/>
      </w:pPr>
      <w:r>
        <w:rPr>
          <w:sz w:val="22"/>
          <w:rtl w:val="1"/>
          <w:rFonts w:ascii="Arial" w:hAnsi="Arial" w:cs="Arial"/>
          <w:szCs w:val="22"/>
        </w:rPr>
        <w:t xml:space="preserve">   ב. נמלים אוהבות עוגה</w:t>
      </w:r>
    </w:p>
    <w:p>
      <w:pPr>
        <w:bidi w:val="1"/>
        <w:spacing w:after="20"/>
        <w:jc w:val="right"/>
      </w:pPr>
      <w:r>
        <w:rPr>
          <w:sz w:val="22"/>
          <w:rtl w:val="1"/>
          <w:rFonts w:ascii="Arial" w:hAnsi="Arial" w:cs="Arial"/>
          <w:szCs w:val="22"/>
        </w:rPr>
        <w:t xml:space="preserve">   ג. נמלים מוצאות את הדרך בעזרת שביל ריח</w:t>
      </w:r>
    </w:p>
    <w:p>
      <w:pPr>
        <w:bidi w:val="1"/>
        <w:spacing w:after="40"/>
        <w:jc w:val="right"/>
      </w:pPr>
      <w:r>
        <w:rPr>
          <w:b/>
          <w:sz w:val="23"/>
          <w:rtl w:val="1"/>
          <w:rFonts w:ascii="Arial" w:hAnsi="Arial" w:cs="Arial"/>
          <w:bCs/>
          <w:szCs w:val="23"/>
        </w:rPr>
        <w:t>5. מה פירוש המילה "מתנדף" (פסקה 3)? רמז: מה קורה לשביל אחר כך?   [🧩 מילה לא מוכרת – מבינים מההקשר]</w:t>
      </w:r>
    </w:p>
    <w:p>
      <w:pPr>
        <w:bidi w:val="1"/>
        <w:spacing w:after="20"/>
        <w:jc w:val="right"/>
      </w:pPr>
      <w:r>
        <w:rPr>
          <w:sz w:val="22"/>
          <w:rtl w:val="1"/>
          <w:rFonts w:ascii="Arial" w:hAnsi="Arial" w:cs="Arial"/>
          <w:szCs w:val="22"/>
        </w:rPr>
        <w:t xml:space="preserve">   א. משנה צבע</w:t>
      </w:r>
    </w:p>
    <w:p>
      <w:pPr>
        <w:bidi w:val="1"/>
        <w:spacing w:after="20"/>
        <w:jc w:val="right"/>
      </w:pPr>
      <w:r>
        <w:rPr>
          <w:sz w:val="22"/>
          <w:rtl w:val="1"/>
          <w:rFonts w:ascii="Arial" w:hAnsi="Arial" w:cs="Arial"/>
          <w:szCs w:val="22"/>
        </w:rPr>
        <w:t xml:space="preserve">   ב. מתחזק</w:t>
      </w:r>
    </w:p>
    <w:p>
      <w:pPr>
        <w:bidi w:val="1"/>
        <w:spacing w:after="20"/>
        <w:jc w:val="right"/>
      </w:pPr>
      <w:r>
        <w:rPr>
          <w:sz w:val="22"/>
          <w:rtl w:val="1"/>
          <w:rFonts w:ascii="Arial" w:hAnsi="Arial" w:cs="Arial"/>
          <w:szCs w:val="22"/>
        </w:rPr>
        <w:t xml:space="preserve">   ג. נעלם לאט לאוויר</w:t>
      </w:r>
    </w:p>
    <w:p>
      <w:pPr>
        <w:bidi w:val="1"/>
        <w:spacing w:after="40"/>
        <w:jc w:val="right"/>
      </w:pPr>
      <w:r>
        <w:rPr>
          <w:b/>
          <w:sz w:val="23"/>
          <w:rtl w:val="1"/>
          <w:rFonts w:ascii="Arial" w:hAnsi="Arial" w:cs="Arial"/>
          <w:bCs/>
          <w:szCs w:val="23"/>
        </w:rPr>
        <w:t>6. "לכן יש מיני נמלים שמתמצאות בעזרת השמש" (פסקה 4). מה מסמנת המילה "לכן"?   [🔗 מילות קישור – תמרורים בטקסט]</w:t>
      </w:r>
    </w:p>
    <w:p>
      <w:pPr>
        <w:bidi w:val="1"/>
        <w:spacing w:after="20"/>
        <w:jc w:val="right"/>
      </w:pPr>
      <w:r>
        <w:rPr>
          <w:sz w:val="22"/>
          <w:rtl w:val="1"/>
          <w:rFonts w:ascii="Arial" w:hAnsi="Arial" w:cs="Arial"/>
          <w:szCs w:val="22"/>
        </w:rPr>
        <w:t xml:space="preserve">   א. ניגוד</w:t>
      </w:r>
    </w:p>
    <w:p>
      <w:pPr>
        <w:bidi w:val="1"/>
        <w:spacing w:after="20"/>
        <w:jc w:val="right"/>
      </w:pPr>
      <w:r>
        <w:rPr>
          <w:sz w:val="22"/>
          <w:rtl w:val="1"/>
          <w:rFonts w:ascii="Arial" w:hAnsi="Arial" w:cs="Arial"/>
          <w:szCs w:val="22"/>
        </w:rPr>
        <w:t xml:space="preserve">   ב. תוצאה</w:t>
      </w:r>
    </w:p>
    <w:p>
      <w:pPr>
        <w:bidi w:val="1"/>
        <w:spacing w:after="20"/>
        <w:jc w:val="right"/>
      </w:pPr>
      <w:r>
        <w:rPr>
          <w:sz w:val="22"/>
          <w:rtl w:val="1"/>
          <w:rFonts w:ascii="Arial" w:hAnsi="Arial" w:cs="Arial"/>
          <w:szCs w:val="22"/>
        </w:rPr>
        <w:t xml:space="preserve">   ג. דוגמה</w:t>
      </w:r>
    </w:p>
    <w:p>
      <w:pPr>
        <w:pStyle w:val="Heading2"/>
        <w:bidi w:val="1"/>
        <w:jc w:val="right"/>
      </w:pPr>
      <w:r>
        <w:rPr>
          <w:b/>
          <w:color w:val="2F9E44"/>
          <w:sz w:val="27"/>
          <w:rtl w:val="1"/>
          <w:rFonts w:ascii="Arial" w:hAnsi="Arial" w:cs="Arial"/>
          <w:bCs/>
          <w:szCs w:val="27"/>
        </w:rPr>
        <w:t>חלק ג׳ – 🏁 אחרי הקריאה</w:t>
      </w:r>
    </w:p>
    <w:p>
      <w:pPr>
        <w:bidi w:val="1"/>
        <w:spacing w:after="40"/>
        <w:jc w:val="right"/>
      </w:pPr>
      <w:r>
        <w:rPr>
          <w:b/>
          <w:sz w:val="23"/>
          <w:rtl w:val="1"/>
          <w:rFonts w:ascii="Arial" w:hAnsi="Arial" w:cs="Arial"/>
          <w:bCs/>
          <w:szCs w:val="23"/>
        </w:rPr>
        <w:t>7. איתור: במה מריחות הנמלים את השביל?   [🔍 שאלת איתור]</w:t>
      </w:r>
    </w:p>
    <w:p>
      <w:pPr>
        <w:bidi w:val="1"/>
        <w:spacing w:after="20"/>
        <w:jc w:val="right"/>
      </w:pPr>
      <w:r>
        <w:rPr>
          <w:sz w:val="22"/>
          <w:rtl w:val="1"/>
          <w:rFonts w:ascii="Arial" w:hAnsi="Arial" w:cs="Arial"/>
          <w:szCs w:val="22"/>
        </w:rPr>
        <w:t xml:space="preserve">   א. בפה</w:t>
      </w:r>
    </w:p>
    <w:p>
      <w:pPr>
        <w:bidi w:val="1"/>
        <w:spacing w:after="20"/>
        <w:jc w:val="right"/>
      </w:pPr>
      <w:r>
        <w:rPr>
          <w:sz w:val="22"/>
          <w:rtl w:val="1"/>
          <w:rFonts w:ascii="Arial" w:hAnsi="Arial" w:cs="Arial"/>
          <w:szCs w:val="22"/>
        </w:rPr>
        <w:t xml:space="preserve">   ב. במחושים</w:t>
      </w:r>
    </w:p>
    <w:p>
      <w:pPr>
        <w:bidi w:val="1"/>
        <w:spacing w:after="20"/>
        <w:jc w:val="right"/>
      </w:pPr>
      <w:r>
        <w:rPr>
          <w:sz w:val="22"/>
          <w:rtl w:val="1"/>
          <w:rFonts w:ascii="Arial" w:hAnsi="Arial" w:cs="Arial"/>
          <w:szCs w:val="22"/>
        </w:rPr>
        <w:t xml:space="preserve">   ג. ברגליים</w:t>
      </w:r>
    </w:p>
    <w:p>
      <w:pPr>
        <w:bidi w:val="1"/>
        <w:spacing w:after="40"/>
        <w:jc w:val="right"/>
      </w:pPr>
      <w:r>
        <w:rPr>
          <w:b/>
          <w:sz w:val="23"/>
          <w:rtl w:val="1"/>
          <w:rFonts w:ascii="Arial" w:hAnsi="Arial" w:cs="Arial"/>
          <w:bCs/>
          <w:szCs w:val="23"/>
        </w:rPr>
        <w:t>8. הסקה: למה השביל "נמחק" כשהמזון נגמר?   [🕵️ שאלת הסקה – בין השורות]</w:t>
      </w:r>
    </w:p>
    <w:p>
      <w:pPr>
        <w:bidi w:val="1"/>
        <w:spacing w:after="20"/>
        <w:jc w:val="right"/>
      </w:pPr>
      <w:r>
        <w:rPr>
          <w:sz w:val="22"/>
          <w:rtl w:val="1"/>
          <w:rFonts w:ascii="Arial" w:hAnsi="Arial" w:cs="Arial"/>
          <w:szCs w:val="22"/>
        </w:rPr>
        <w:t xml:space="preserve">   א. כי תמיד יורד גשם</w:t>
      </w:r>
    </w:p>
    <w:p>
      <w:pPr>
        <w:bidi w:val="1"/>
        <w:spacing w:after="20"/>
        <w:jc w:val="right"/>
      </w:pPr>
      <w:r>
        <w:rPr>
          <w:sz w:val="22"/>
          <w:rtl w:val="1"/>
          <w:rFonts w:ascii="Arial" w:hAnsi="Arial" w:cs="Arial"/>
          <w:szCs w:val="22"/>
        </w:rPr>
        <w:t xml:space="preserve">   ב. כי הנמלים מוחקות אותו ברגליים</w:t>
      </w:r>
    </w:p>
    <w:p>
      <w:pPr>
        <w:bidi w:val="1"/>
        <w:spacing w:after="20"/>
        <w:jc w:val="right"/>
      </w:pPr>
      <w:r>
        <w:rPr>
          <w:sz w:val="22"/>
          <w:rtl w:val="1"/>
          <w:rFonts w:ascii="Arial" w:hAnsi="Arial" w:cs="Arial"/>
          <w:szCs w:val="22"/>
        </w:rPr>
        <w:t xml:space="preserve">   ג. כי אף נמלה לא חוזרת עם מזון ומחזקת אותו</w:t>
      </w:r>
    </w:p>
    <w:p>
      <w:pPr>
        <w:bidi w:val="1"/>
        <w:spacing w:after="40"/>
        <w:jc w:val="right"/>
      </w:pPr>
      <w:r>
        <w:rPr>
          <w:b/>
          <w:sz w:val="23"/>
          <w:rtl w:val="1"/>
          <w:rFonts w:ascii="Arial" w:hAnsi="Arial" w:cs="Arial"/>
          <w:bCs/>
          <w:szCs w:val="23"/>
        </w:rPr>
        <w:t>9. השוואה: השוו בין נמלים בגינה לבין נמלי מדבר. קנה מידה: מה עוזר להן למצוא את הדרך?   [🔄 שאלת השוואה]</w:t>
      </w:r>
    </w:p>
    <w:p>
      <w:pPr>
        <w:bidi w:val="1"/>
        <w:spacing w:after="20"/>
        <w:jc w:val="right"/>
      </w:pPr>
      <w:r>
        <w:rPr>
          <w:b/>
          <w:color w:val="2B8A3E"/>
          <w:sz w:val="22"/>
          <w:rtl w:val="1"/>
          <w:rFonts w:ascii="Arial" w:hAnsi="Arial" w:cs="Arial"/>
          <w:bCs/>
          <w:szCs w:val="22"/>
        </w:rPr>
        <w:t>✏️ קנה המידה: … . ב… ואילו ב…</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b/>
          <w:sz w:val="23"/>
          <w:rtl w:val="1"/>
          <w:rFonts w:ascii="Arial" w:hAnsi="Arial" w:cs="Arial"/>
          <w:bCs/>
          <w:szCs w:val="23"/>
        </w:rPr>
        <w:t>10. סכמו את הטקסט ב־3 משפטים.   [📝 סיכום קצר]</w:t>
      </w:r>
    </w:p>
    <w:p>
      <w:pPr>
        <w:bidi w:val="1"/>
        <w:spacing w:after="20"/>
        <w:jc w:val="right"/>
      </w:pPr>
      <w:r>
        <w:rPr>
          <w:b/>
          <w:color w:val="2B8A3E"/>
          <w:sz w:val="22"/>
          <w:rtl w:val="1"/>
          <w:rFonts w:ascii="Arial" w:hAnsi="Arial" w:cs="Arial"/>
          <w:bCs/>
          <w:szCs w:val="22"/>
        </w:rPr>
        <w:t>✏️ הטקסט מספר על… העיקר הוא… בסוף…</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pStyle w:val="Heading2"/>
        <w:bidi w:val="1"/>
        <w:jc w:val="right"/>
      </w:pPr>
      <w:r>
        <w:rPr>
          <w:b/>
          <w:color w:val="1F2340"/>
          <w:sz w:val="27"/>
          <w:rtl w:val="1"/>
          <w:rFonts w:ascii="Arial" w:hAnsi="Arial" w:cs="Arial"/>
          <w:bCs/>
          <w:szCs w:val="27"/>
        </w:rPr>
        <w:t>✍️ משימת כתיבה</w:t>
      </w:r>
    </w:p>
    <w:p>
      <w:pPr>
        <w:bidi w:val="1"/>
        <w:spacing w:after="40"/>
        <w:jc w:val="right"/>
      </w:pPr>
      <w:r>
        <w:rPr>
          <w:b/>
          <w:sz w:val="23"/>
          <w:rtl w:val="1"/>
          <w:rFonts w:ascii="Arial" w:hAnsi="Arial" w:cs="Arial"/>
          <w:bCs/>
          <w:szCs w:val="23"/>
        </w:rPr>
        <w:t>11. כתבו פסקה (5–6 משפטים) לעלון של בית הספר: "דבר מפתיע שלמדתי על נמלים". שלבו מילת קישור אחת של ניגוד ואחת של תוצאה.   [✍️ תשובה מלאה: טענה + נימוק + דוגמה]</w:t>
      </w:r>
    </w:p>
    <w:p>
      <w:pPr>
        <w:bidi w:val="1"/>
        <w:spacing w:after="20"/>
        <w:jc w:val="right"/>
      </w:pPr>
      <w:r>
        <w:rPr>
          <w:b/>
          <w:color w:val="2B8A3E"/>
          <w:sz w:val="22"/>
          <w:rtl w:val="1"/>
          <w:rFonts w:ascii="Arial" w:hAnsi="Arial" w:cs="Arial"/>
          <w:bCs/>
          <w:szCs w:val="22"/>
        </w:rPr>
        <w:t>✏️ לדעתי… כי… למשל…</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318"/>
      </w:tblGrid>
      <w:tr>
        <w:tc>
          <w:tcPr>
            <w:tcW w:type="dxa" w:w="10318"/>
            <w:shd w:val="clear" w:color="auto" w:fill="FFFFFF"/>
          </w:tcPr>
          <w:p>
            <w:pPr>
              <w:bidi w:val="1"/>
              <w:spacing w:after="20"/>
              <w:jc w:val="right"/>
            </w:pPr>
            <w:r>
              <w:rPr>
                <w:b/>
                <w:sz w:val="26"/>
                <w:rtl w:val="1"/>
                <w:rFonts w:ascii="Arial" w:hAnsi="Arial" w:cs="Arial"/>
                <w:bCs/>
                <w:szCs w:val="26"/>
              </w:rPr>
              <w:t>✂️ 🎟️ כרטיס יציאה</w:t>
            </w:r>
          </w:p>
          <w:p>
            <w:pPr>
              <w:bidi w:val="1"/>
              <w:spacing w:after="20"/>
              <w:jc w:val="right"/>
            </w:pPr>
            <w:r>
              <w:rPr>
                <w:sz w:val="22"/>
                <w:rtl w:val="1"/>
                <w:rFonts w:ascii="Arial" w:hAnsi="Arial" w:cs="Arial"/>
                <w:szCs w:val="22"/>
              </w:rPr>
              <w:t>איזה כרטיס עזר לי הכי הרבה בטקסט הזה? למה?</w:t>
            </w:r>
          </w:p>
          <w:p>
            <w:pPr>
              <w:bidi w:val="1"/>
              <w:spacing w:after="20"/>
              <w:jc w:val="right"/>
            </w:pPr>
            <w:r>
              <w:rPr>
                <w:color w:val="999999"/>
                <w:sz w:val="24"/>
                <w:rtl w:val="1"/>
                <w:rFonts w:ascii="Arial" w:hAnsi="Arial" w:cs="Arial"/>
                <w:szCs w:val="24"/>
              </w:rPr>
              <w:t>_______________________________________________________</w:t>
            </w:r>
          </w:p>
          <w:p>
            <w:pPr>
              <w:bidi w:val="1"/>
              <w:spacing w:after="20"/>
              <w:jc w:val="right"/>
            </w:pPr>
            <w:r>
              <w:rPr>
                <w:sz w:val="22"/>
                <w:rtl w:val="1"/>
                <w:rFonts w:ascii="Arial" w:hAnsi="Arial" w:cs="Arial"/>
                <w:szCs w:val="22"/>
              </w:rPr>
              <w:t>מילה אחת שלמדתי:</w:t>
            </w:r>
          </w:p>
          <w:p>
            <w:pPr>
              <w:bidi w:val="1"/>
              <w:spacing w:after="20"/>
              <w:jc w:val="right"/>
            </w:pPr>
            <w:r>
              <w:rPr>
                <w:color w:val="999999"/>
                <w:sz w:val="24"/>
                <w:rtl w:val="1"/>
                <w:rFonts w:ascii="Arial" w:hAnsi="Arial" w:cs="Arial"/>
                <w:szCs w:val="24"/>
              </w:rPr>
              <w:t>_______________________________________________________</w:t>
            </w:r>
          </w:p>
        </w:tc>
      </w:tr>
    </w:tbl>
    <w:sectPr w:rsidR="00FC693F" w:rsidRPr="0006063C" w:rsidSect="00034616">
      <w:headerReference w:type="default" r:id="rId9"/>
      <w:footerReference w:type="default" r:id="rId10"/>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color w:val="666666"/>
        <w:sz w:val="17"/>
        <w:rtl w:val="1"/>
        <w:rFonts w:ascii="Arial" w:hAnsi="Arial" w:cs="Arial"/>
        <w:szCs w:val="17"/>
      </w:rPr>
      <w:t>יצרה: רוית ראש בן ישי · 🧭 כרטיסיות ניווט בטקסט</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rPr>
        <w:color w:val="666666"/>
        <w:sz w:val="17"/>
        <w:rtl w:val="1"/>
        <w:rFonts w:ascii="Arial" w:hAnsi="Arial" w:cs="Arial"/>
        <w:szCs w:val="17"/>
      </w:rPr>
      <w:t>דף תרגול – מסע מודרך 1 – טקסט מידעי · חט״ב עולים חדשים</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