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מסע מודרך 1 – טקסט מידעי</w:t>
      </w:r>
    </w:p>
    <w:p>
      <w:pPr>
        <w:bidi w:val="1"/>
        <w:spacing w:after="60"/>
        <w:jc w:val="right"/>
      </w:pPr>
      <w:r>
        <w:rPr>
          <w:color w:val="495057"/>
          <w:sz w:val="22"/>
          <w:rtl w:val="1"/>
          <w:rFonts w:ascii="Arial" w:hAnsi="Arial" w:cs="Arial"/>
          <w:szCs w:val="22"/>
        </w:rPr>
        <w:t>דף תרגול · חט״ב – חנ״מ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חנ״מ: טקסט באות גדולה עם קווי חלוקה, 2 אפשרויות בכל שאלה, פתיחי משפט ובנק מילים. אין הגבלת זמן; מומלץ להקריא את ההוראות.</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איך נמלים מוצאות את הדרך הביתה?</w:t>
      </w:r>
    </w:p>
    <w:p>
      <w:pPr>
        <w:bidi w:val="1"/>
        <w:spacing w:after="80"/>
        <w:jc w:val="right"/>
      </w:pPr>
      <w:r>
        <w:rPr>
          <w:sz w:val="29"/>
          <w:rtl w:val="1"/>
          <w:rFonts w:ascii="Arial" w:hAnsi="Arial" w:cs="Arial"/>
          <w:szCs w:val="29"/>
        </w:rPr>
        <w:t>(1) מי שהניח פעם פירור עוגה על אדן החלון ראה זאת: אחרי זמן קצר מגיעה נמלה אחת, ואחריה – שיירה ארוכה של נמלים שהולכות בדיוק באותו מסלול. איך הן יודעות לאן ללכת, ואיך הן מוצאות את הדרך חזרה לקן?</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(2) התשובה הראשונה היא ריח. נמלים רבות משאירות על הקרקע חומר כימי שנקרא פרומון. נמלה שמצאה מזון חוזרת לקן ומשאירה אחריה "שביל ריח". נמלים אחרות מריחות את השביל בעזרת המחושים והולכות בעקבותיו. כל נמלה שחוזרת עם מזון מחזקת את השביל, ולכן הוא הולך ומתחזק כל עוד יש אוכל.</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(3) אבל מה קורה כשהמזון נגמר? הנמלים מפסיקות לחזק את השביל, והריח מתנדף בהדרגה. כך השביל "נמחק" מעצמו, והנמלים לא מבזבזות זמן על דרך שכבר לא מובילה לשום מקום.</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(4) במדבר המצב שונה. החול חם, הרוח נושבת, וריח נעלם שם מהר מאוד. לכן יש מיני נמלים שמתמצאות בעזרת השמש: הן "זוכרות" את כיוון השמש ויודעות באיזו זווית ללכת. חוקרים גילו שחלק מנמלי המדבר גם מעריכות את המרחק שעברו – כנראה לפי מספר הצעדים שהן עושות.</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(5) נמלים אינן חכמות יותר מבני אדם, אבל יש להן כלים מדויקים שהתפתחו במשך מיליוני שנים. בפעם הבאה שתראו שיירת נמלים, נסו לחשוב: האם היא הולכת לפי ריח, לפי השמש – או לפי שניהם?</w:t>
      </w:r>
    </w:p>
    <w:p>
      <w:pPr>
        <w:bidi w:val="1"/>
        <w:spacing w:after="40"/>
        <w:jc w:val="right"/>
      </w:pPr>
      <w:r>
        <w:rPr>
          <w:color w:val="ADB5BD"/>
          <w:sz w:val="24"/>
          <w:rtl w:val="1"/>
          <w:rFonts w:ascii="Arial" w:hAnsi="Arial" w:cs="Arial"/>
          <w:szCs w:val="24"/>
        </w:rPr>
        <w:t>- - - - - - - - - - - - - - - - - - - -</w:t>
      </w:r>
    </w:p>
    <w:p>
      <w:pPr>
        <w:pStyle w:val="Heading3"/>
        <w:bidi w:val="1"/>
        <w:jc w:val="right"/>
      </w:pPr>
      <w:r>
        <w:rPr>
          <w:b/>
          <w:color w:val="1F2340"/>
          <w:sz w:val="24"/>
          <w:rtl w:val="1"/>
          <w:rFonts w:ascii="Arial" w:hAnsi="Arial" w:cs="Arial"/>
          <w:bCs/>
          <w:szCs w:val="24"/>
        </w:rPr>
        <w:t>📒 בנק מילים</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6"/>
                <w:rtl w:val="1"/>
                <w:rFonts w:ascii="Arial" w:hAnsi="Arial" w:cs="Arial"/>
                <w:bCs/>
                <w:szCs w:val="26"/>
              </w:rPr>
              <w:t>מילה</w:t>
            </w:r>
          </w:p>
        </w:tc>
        <w:tc>
          <w:tcPr>
            <w:tcW w:type="dxa" w:w="3439"/>
            <w:shd w:val="clear" w:color="auto" w:fill="E3FAFC"/>
          </w:tcPr>
          <w:p>
            <w:pPr>
              <w:bidi w:val="1"/>
              <w:spacing w:after="20"/>
              <w:jc w:val="right"/>
            </w:pPr>
            <w:r>
              <w:rPr>
                <w:b/>
                <w:sz w:val="26"/>
                <w:rtl w:val="1"/>
                <w:rFonts w:ascii="Arial" w:hAnsi="Arial" w:cs="Arial"/>
                <w:bCs/>
                <w:szCs w:val="26"/>
              </w:rPr>
              <w:t>סמל</w:t>
            </w:r>
          </w:p>
        </w:tc>
        <w:tc>
          <w:tcPr>
            <w:tcW w:type="dxa" w:w="3439"/>
            <w:shd w:val="clear" w:color="auto" w:fill="E3FAFC"/>
          </w:tcPr>
          <w:p>
            <w:pPr>
              <w:bidi w:val="1"/>
              <w:spacing w:after="20"/>
              <w:jc w:val="right"/>
            </w:pPr>
            <w:r>
              <w:rPr>
                <w:b/>
                <w:sz w:val="26"/>
                <w:rtl w:val="1"/>
                <w:rFonts w:ascii="Arial" w:hAnsi="Arial" w:cs="Arial"/>
                <w:bCs/>
                <w:szCs w:val="26"/>
              </w:rPr>
              <w:t>פירוש</w:t>
            </w:r>
          </w:p>
        </w:tc>
      </w:tr>
      <w:tr>
        <w:tc>
          <w:tcPr>
            <w:tcW w:type="dxa" w:w="3439"/>
          </w:tcPr>
          <w:p>
            <w:pPr>
              <w:bidi w:val="1"/>
              <w:spacing w:after="20"/>
              <w:jc w:val="right"/>
            </w:pPr>
            <w:r>
              <w:rPr>
                <w:sz w:val="26"/>
                <w:rtl w:val="1"/>
                <w:rFonts w:ascii="Arial" w:hAnsi="Arial" w:cs="Arial"/>
                <w:szCs w:val="26"/>
              </w:rPr>
              <w:t>שיירה</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שורה ארוכה של הולכים</w:t>
            </w:r>
          </w:p>
        </w:tc>
      </w:tr>
      <w:tr>
        <w:tc>
          <w:tcPr>
            <w:tcW w:type="dxa" w:w="3439"/>
          </w:tcPr>
          <w:p>
            <w:pPr>
              <w:bidi w:val="1"/>
              <w:spacing w:after="20"/>
              <w:jc w:val="right"/>
            </w:pPr>
            <w:r>
              <w:rPr>
                <w:sz w:val="26"/>
                <w:rtl w:val="1"/>
                <w:rFonts w:ascii="Arial" w:hAnsi="Arial" w:cs="Arial"/>
                <w:szCs w:val="26"/>
              </w:rPr>
              <w:t>פרומון</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חומר ריח שבעלי חיים מפרישים</w:t>
            </w:r>
          </w:p>
        </w:tc>
      </w:tr>
      <w:tr>
        <w:tc>
          <w:tcPr>
            <w:tcW w:type="dxa" w:w="3439"/>
          </w:tcPr>
          <w:p>
            <w:pPr>
              <w:bidi w:val="1"/>
              <w:spacing w:after="20"/>
              <w:jc w:val="right"/>
            </w:pPr>
            <w:r>
              <w:rPr>
                <w:sz w:val="26"/>
                <w:rtl w:val="1"/>
                <w:rFonts w:ascii="Arial" w:hAnsi="Arial" w:cs="Arial"/>
                <w:szCs w:val="26"/>
              </w:rPr>
              <w:t>מחושים</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"אנטנות" בראש של חרק</w:t>
            </w:r>
          </w:p>
        </w:tc>
      </w:tr>
      <w:tr>
        <w:tc>
          <w:tcPr>
            <w:tcW w:type="dxa" w:w="3439"/>
          </w:tcPr>
          <w:p>
            <w:pPr>
              <w:bidi w:val="1"/>
              <w:spacing w:after="20"/>
              <w:jc w:val="right"/>
            </w:pPr>
            <w:r>
              <w:rPr>
                <w:sz w:val="26"/>
                <w:rtl w:val="1"/>
                <w:rFonts w:ascii="Arial" w:hAnsi="Arial" w:cs="Arial"/>
                <w:szCs w:val="26"/>
              </w:rPr>
              <w:t>מתנדף</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נעלם לאט לאוויר</w:t>
            </w:r>
          </w:p>
        </w:tc>
      </w:tr>
      <w:tr>
        <w:tc>
          <w:tcPr>
            <w:tcW w:type="dxa" w:w="3439"/>
          </w:tcPr>
          <w:p>
            <w:pPr>
              <w:bidi w:val="1"/>
              <w:spacing w:after="20"/>
              <w:jc w:val="right"/>
            </w:pPr>
            <w:r>
              <w:rPr>
                <w:sz w:val="26"/>
                <w:rtl w:val="1"/>
                <w:rFonts w:ascii="Arial" w:hAnsi="Arial" w:cs="Arial"/>
                <w:szCs w:val="26"/>
              </w:rPr>
              <w:t>מתמצאות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יודעות איפה הן ולאן ללכת</w:t>
            </w:r>
          </w:p>
        </w:tc>
      </w:tr>
      <w:tr>
        <w:tc>
          <w:tcPr>
            <w:tcW w:type="dxa" w:w="3439"/>
          </w:tcPr>
          <w:p>
            <w:pPr>
              <w:bidi w:val="1"/>
              <w:spacing w:after="20"/>
              <w:jc w:val="right"/>
            </w:pPr>
            <w:r>
              <w:rPr>
                <w:sz w:val="26"/>
                <w:rtl w:val="1"/>
                <w:rFonts w:ascii="Arial" w:hAnsi="Arial" w:cs="Arial"/>
                <w:szCs w:val="26"/>
              </w:rPr>
              <w:t>זווית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כיוון ביחס למשהו</w:t>
            </w:r>
          </w:p>
        </w:tc>
      </w:tr>
    </w:tbl>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7"/>
          <w:rtl w:val="1"/>
          <w:rFonts w:ascii="Arial" w:hAnsi="Arial" w:cs="Arial"/>
          <w:bCs/>
          <w:szCs w:val="27"/>
        </w:rPr>
        <w:t>1. הכותרת היא שאלה. מה היא מבטיחה?   [🏷️ כותרת – מה היא מבטיחה?]</w:t>
      </w:r>
    </w:p>
    <w:p>
      <w:pPr>
        <w:bidi w:val="1"/>
        <w:spacing w:after="20"/>
        <w:jc w:val="right"/>
      </w:pPr>
      <w:r>
        <w:rPr>
          <w:b/>
          <w:color w:val="C92A2A"/>
          <w:sz w:val="26"/>
          <w:rtl w:val="1"/>
          <w:rFonts w:ascii="Arial" w:hAnsi="Arial" w:cs="Arial"/>
          <w:bCs/>
          <w:szCs w:val="26"/>
        </w:rPr>
        <w:t xml:space="preserve">   א. הסבר איך נמלים מוצאות את הדרך ✔</w:t>
      </w:r>
    </w:p>
    <w:p>
      <w:pPr>
        <w:bidi w:val="1"/>
        <w:spacing w:after="20"/>
        <w:jc w:val="right"/>
      </w:pPr>
      <w:r>
        <w:rPr>
          <w:sz w:val="26"/>
          <w:rtl w:val="1"/>
          <w:rFonts w:ascii="Arial" w:hAnsi="Arial" w:cs="Arial"/>
          <w:szCs w:val="26"/>
        </w:rPr>
        <w:t xml:space="preserve">   ב. סיפור על נמלה אחת שהלכה לאיבוד</w:t>
      </w:r>
    </w:p>
    <w:p>
      <w:pPr>
        <w:bidi w:val="1"/>
        <w:spacing w:after="40"/>
        <w:jc w:val="right"/>
      </w:pPr>
      <w:r>
        <w:rPr>
          <w:b/>
          <w:sz w:val="27"/>
          <w:rtl w:val="1"/>
          <w:rFonts w:ascii="Arial" w:hAnsi="Arial" w:cs="Arial"/>
          <w:bCs/>
          <w:szCs w:val="27"/>
        </w:rPr>
        <w:t>2. איזה סוג טקסט זה?   [🎯 סוגה ומטרה – איזה טקסט זה?]</w:t>
      </w:r>
    </w:p>
    <w:p>
      <w:pPr>
        <w:bidi w:val="1"/>
        <w:spacing w:after="20"/>
        <w:jc w:val="right"/>
      </w:pPr>
      <w:r>
        <w:rPr>
          <w:sz w:val="26"/>
          <w:rtl w:val="1"/>
          <w:rFonts w:ascii="Arial" w:hAnsi="Arial" w:cs="Arial"/>
          <w:szCs w:val="26"/>
        </w:rPr>
        <w:t xml:space="preserve">   א. סיפור</w:t>
      </w:r>
    </w:p>
    <w:p>
      <w:pPr>
        <w:bidi w:val="1"/>
        <w:spacing w:after="20"/>
        <w:jc w:val="right"/>
      </w:pPr>
      <w:r>
        <w:rPr>
          <w:b/>
          <w:color w:val="C92A2A"/>
          <w:sz w:val="26"/>
          <w:rtl w:val="1"/>
          <w:rFonts w:ascii="Arial" w:hAnsi="Arial" w:cs="Arial"/>
          <w:bCs/>
          <w:szCs w:val="26"/>
        </w:rPr>
        <w:t xml:space="preserve">   ב. טקסט מידעי ✔</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7"/>
          <w:rtl w:val="1"/>
          <w:rFonts w:ascii="Arial" w:hAnsi="Arial" w:cs="Arial"/>
          <w:bCs/>
          <w:szCs w:val="27"/>
        </w:rPr>
        <w:t>3. מה הרעיון המרכזי של פסקה 2?   [💡 הרעיון המרכזי בפסקה]</w:t>
      </w:r>
    </w:p>
    <w:p>
      <w:pPr>
        <w:bidi w:val="1"/>
        <w:spacing w:after="20"/>
        <w:jc w:val="right"/>
      </w:pPr>
      <w:r>
        <w:rPr>
          <w:b/>
          <w:color w:val="C92A2A"/>
          <w:sz w:val="26"/>
          <w:rtl w:val="1"/>
          <w:rFonts w:ascii="Arial" w:hAnsi="Arial" w:cs="Arial"/>
          <w:bCs/>
          <w:szCs w:val="26"/>
        </w:rPr>
        <w:t xml:space="preserve">   א. נמלים מוצאות את הדרך בעזרת שביל ריח ✔</w:t>
      </w:r>
    </w:p>
    <w:p>
      <w:pPr>
        <w:bidi w:val="1"/>
        <w:spacing w:after="20"/>
        <w:jc w:val="right"/>
      </w:pPr>
      <w:r>
        <w:rPr>
          <w:sz w:val="26"/>
          <w:rtl w:val="1"/>
          <w:rFonts w:ascii="Arial" w:hAnsi="Arial" w:cs="Arial"/>
          <w:szCs w:val="26"/>
        </w:rPr>
        <w:t xml:space="preserve">   ב. לנמלים יש מחושים</w:t>
      </w:r>
    </w:p>
    <w:p>
      <w:pPr>
        <w:bidi w:val="1"/>
        <w:spacing w:after="40"/>
        <w:jc w:val="right"/>
      </w:pPr>
      <w:r>
        <w:rPr>
          <w:b/>
          <w:sz w:val="27"/>
          <w:rtl w:val="1"/>
          <w:rFonts w:ascii="Arial" w:hAnsi="Arial" w:cs="Arial"/>
          <w:bCs/>
          <w:szCs w:val="27"/>
        </w:rPr>
        <w:t>4. מה פירוש המילה "מתנדף" (פסקה 3)? רמז: מה קורה לשביל אחר כך?   [🧩 מילה לא מוכרת – מבינים מההקשר]</w:t>
      </w:r>
    </w:p>
    <w:p>
      <w:pPr>
        <w:bidi w:val="1"/>
        <w:spacing w:after="20"/>
        <w:jc w:val="right"/>
      </w:pPr>
      <w:r>
        <w:rPr>
          <w:sz w:val="26"/>
          <w:rtl w:val="1"/>
          <w:rFonts w:ascii="Arial" w:hAnsi="Arial" w:cs="Arial"/>
          <w:szCs w:val="26"/>
        </w:rPr>
        <w:t xml:space="preserve">   א. מתחזק</w:t>
      </w:r>
    </w:p>
    <w:p>
      <w:pPr>
        <w:bidi w:val="1"/>
        <w:spacing w:after="20"/>
        <w:jc w:val="right"/>
      </w:pPr>
      <w:r>
        <w:rPr>
          <w:b/>
          <w:color w:val="C92A2A"/>
          <w:sz w:val="26"/>
          <w:rtl w:val="1"/>
          <w:rFonts w:ascii="Arial" w:hAnsi="Arial" w:cs="Arial"/>
          <w:bCs/>
          <w:szCs w:val="26"/>
        </w:rPr>
        <w:t xml:space="preserve">   ב. נעלם לאט לאוויר ✔</w:t>
      </w:r>
    </w:p>
    <w:p>
      <w:pPr>
        <w:bidi w:val="1"/>
        <w:spacing w:after="40"/>
        <w:jc w:val="right"/>
      </w:pPr>
      <w:r>
        <w:rPr>
          <w:b/>
          <w:sz w:val="27"/>
          <w:rtl w:val="1"/>
          <w:rFonts w:ascii="Arial" w:hAnsi="Arial" w:cs="Arial"/>
          <w:bCs/>
          <w:szCs w:val="27"/>
        </w:rPr>
        <w:t>5. "לכן יש מיני נמלים שמתמצאות בעזרת השמש" (פסקה 4). מה מסמנת המילה "לכן"?   [🔗 מילות קישור – תמרורים בטקסט]</w:t>
      </w:r>
    </w:p>
    <w:p>
      <w:pPr>
        <w:bidi w:val="1"/>
        <w:spacing w:after="20"/>
        <w:jc w:val="right"/>
      </w:pPr>
      <w:r>
        <w:rPr>
          <w:sz w:val="26"/>
          <w:rtl w:val="1"/>
          <w:rFonts w:ascii="Arial" w:hAnsi="Arial" w:cs="Arial"/>
          <w:szCs w:val="26"/>
        </w:rPr>
        <w:t xml:space="preserve">   א. ניגוד</w:t>
      </w:r>
    </w:p>
    <w:p>
      <w:pPr>
        <w:bidi w:val="1"/>
        <w:spacing w:after="20"/>
        <w:jc w:val="right"/>
      </w:pPr>
      <w:r>
        <w:rPr>
          <w:b/>
          <w:color w:val="C92A2A"/>
          <w:sz w:val="26"/>
          <w:rtl w:val="1"/>
          <w:rFonts w:ascii="Arial" w:hAnsi="Arial" w:cs="Arial"/>
          <w:bCs/>
          <w:szCs w:val="26"/>
        </w:rPr>
        <w:t xml:space="preserve">   ב. תוצאה ✔</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7"/>
          <w:rtl w:val="1"/>
          <w:rFonts w:ascii="Arial" w:hAnsi="Arial" w:cs="Arial"/>
          <w:bCs/>
          <w:szCs w:val="27"/>
        </w:rPr>
        <w:t>6. איתור: במה מריחות הנמלים את השביל?   [🔍 שאלת איתור]</w:t>
      </w:r>
    </w:p>
    <w:p>
      <w:pPr>
        <w:bidi w:val="1"/>
        <w:spacing w:after="20"/>
        <w:jc w:val="right"/>
      </w:pPr>
      <w:r>
        <w:rPr>
          <w:sz w:val="26"/>
          <w:rtl w:val="1"/>
          <w:rFonts w:ascii="Arial" w:hAnsi="Arial" w:cs="Arial"/>
          <w:szCs w:val="26"/>
        </w:rPr>
        <w:t xml:space="preserve">   א. ברגליים</w:t>
      </w:r>
    </w:p>
    <w:p>
      <w:pPr>
        <w:bidi w:val="1"/>
        <w:spacing w:after="20"/>
        <w:jc w:val="right"/>
      </w:pPr>
      <w:r>
        <w:rPr>
          <w:b/>
          <w:color w:val="C92A2A"/>
          <w:sz w:val="26"/>
          <w:rtl w:val="1"/>
          <w:rFonts w:ascii="Arial" w:hAnsi="Arial" w:cs="Arial"/>
          <w:bCs/>
          <w:szCs w:val="26"/>
        </w:rPr>
        <w:t xml:space="preserve">   ב. במחושים ✔</w:t>
      </w:r>
    </w:p>
    <w:p>
      <w:pPr>
        <w:bidi w:val="1"/>
        <w:spacing w:after="40"/>
        <w:jc w:val="right"/>
      </w:pPr>
      <w:r>
        <w:rPr>
          <w:b/>
          <w:sz w:val="27"/>
          <w:rtl w:val="1"/>
          <w:rFonts w:ascii="Arial" w:hAnsi="Arial" w:cs="Arial"/>
          <w:bCs/>
          <w:szCs w:val="27"/>
        </w:rPr>
        <w:t>7. הסקה: למה השביל "נמחק" כשהמזון נגמר?   [🕵️ שאלת הסקה – בין השורות]</w:t>
      </w:r>
    </w:p>
    <w:p>
      <w:pPr>
        <w:bidi w:val="1"/>
        <w:spacing w:after="20"/>
        <w:jc w:val="right"/>
      </w:pPr>
      <w:r>
        <w:rPr>
          <w:b/>
          <w:color w:val="C92A2A"/>
          <w:sz w:val="26"/>
          <w:rtl w:val="1"/>
          <w:rFonts w:ascii="Arial" w:hAnsi="Arial" w:cs="Arial"/>
          <w:bCs/>
          <w:szCs w:val="26"/>
        </w:rPr>
        <w:t xml:space="preserve">   א. כי אף נמלה לא חוזרת עם מזון ומחזקת אותו ✔</w:t>
      </w:r>
    </w:p>
    <w:p>
      <w:pPr>
        <w:bidi w:val="1"/>
        <w:spacing w:after="20"/>
        <w:jc w:val="right"/>
      </w:pPr>
      <w:r>
        <w:rPr>
          <w:sz w:val="26"/>
          <w:rtl w:val="1"/>
          <w:rFonts w:ascii="Arial" w:hAnsi="Arial" w:cs="Arial"/>
          <w:szCs w:val="26"/>
        </w:rPr>
        <w:t xml:space="preserve">   ב. כי הנמלים מוחקות אותו ברגליים</w:t>
      </w:r>
    </w:p>
    <w:p>
      <w:pPr>
        <w:bidi w:val="1"/>
        <w:spacing w:after="40"/>
        <w:jc w:val="right"/>
      </w:pPr>
      <w:r>
        <w:rPr>
          <w:b/>
          <w:sz w:val="27"/>
          <w:rtl w:val="1"/>
          <w:rFonts w:ascii="Arial" w:hAnsi="Arial" w:cs="Arial"/>
          <w:bCs/>
          <w:szCs w:val="27"/>
        </w:rPr>
        <w:t>8. השוואה: השוו בין נמלים בגינה לבין נמלי מדבר. קנה מידה: מה עוזר להן למצוא את הדרך?   [🔄 שאלת השוואה]</w:t>
      </w:r>
    </w:p>
    <w:p>
      <w:pPr>
        <w:bidi w:val="1"/>
        <w:spacing w:after="60"/>
        <w:jc w:val="right"/>
      </w:pPr>
      <w:r>
        <w:rPr>
          <w:b/>
          <w:color w:val="C92A2A"/>
          <w:sz w:val="26"/>
          <w:rtl w:val="1"/>
          <w:rFonts w:ascii="Arial" w:hAnsi="Arial" w:cs="Arial"/>
          <w:bCs/>
          <w:szCs w:val="26"/>
        </w:rPr>
        <w:t>✔ בגינה – שביל ריח (פרומון); ואילו במדבר הריח נעלם מהר, ולכן הן נעזרות בשמש ומעריכות מרחק לפי מספר הצעדים.</w:t>
      </w:r>
    </w:p>
    <w:p>
      <w:pPr>
        <w:pStyle w:val="Heading2"/>
        <w:bidi w:val="1"/>
        <w:jc w:val="right"/>
      </w:pPr>
      <w:r>
        <w:rPr>
          <w:b/>
          <w:color w:val="1F2340"/>
          <w:sz w:val="27"/>
          <w:rtl w:val="1"/>
          <w:rFonts w:ascii="Arial" w:hAnsi="Arial" w:cs="Arial"/>
          <w:bCs/>
          <w:szCs w:val="27"/>
        </w:rPr>
        <w:t>✍️ משימת כתיבה קצרה</w:t>
      </w:r>
    </w:p>
    <w:p>
      <w:pPr>
        <w:bidi w:val="1"/>
        <w:spacing w:after="40"/>
        <w:jc w:val="right"/>
      </w:pPr>
      <w:r>
        <w:rPr>
          <w:b/>
          <w:sz w:val="27"/>
          <w:rtl w:val="1"/>
          <w:rFonts w:ascii="Arial" w:hAnsi="Arial" w:cs="Arial"/>
          <w:bCs/>
          <w:szCs w:val="27"/>
        </w:rPr>
        <w:t>9. כתבו 2–3 משפטים: מה למדתי מהטקסט?   [📝 סיכום קצר]</w:t>
      </w:r>
    </w:p>
    <w:p>
      <w:pPr>
        <w:bidi w:val="1"/>
        <w:spacing w:after="60"/>
        <w:jc w:val="right"/>
      </w:pPr>
      <w:r>
        <w:rPr>
          <w:b/>
          <w:color w:val="C92A2A"/>
          <w:sz w:val="26"/>
          <w:rtl w:val="1"/>
          <w:rFonts w:ascii="Arial" w:hAnsi="Arial" w:cs="Arial"/>
          <w:bCs/>
          <w:szCs w:val="26"/>
        </w:rPr>
        <w:t>✔ תשובה אישית: 2–3 משפטים שלמים על הטקסט.</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איזה כרטיס עזר לי הכי הרבה בטקסט הזה? למה?</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מילה אחת שלמדתי:</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מסע מודרך 1 – טקסט מידעי</w:t>
      </w:r>
    </w:p>
    <w:p>
      <w:pPr>
        <w:bidi w:val="1"/>
        <w:spacing w:after="60"/>
        <w:jc w:val="right"/>
      </w:pPr>
      <w:r>
        <w:rPr>
          <w:color w:val="495057"/>
          <w:sz w:val="22"/>
          <w:rtl w:val="1"/>
          <w:rFonts w:ascii="Arial" w:hAnsi="Arial" w:cs="Arial"/>
          <w:szCs w:val="22"/>
        </w:rPr>
        <w:t>דף תרגול · חט״ב – חנ״מ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איך נמלים מוצאות את הדרך הביתה?</w:t>
      </w:r>
    </w:p>
    <w:p>
      <w:pPr>
        <w:bidi w:val="1"/>
        <w:spacing w:after="80"/>
        <w:jc w:val="right"/>
      </w:pPr>
      <w:r>
        <w:rPr>
          <w:sz w:val="29"/>
          <w:rtl w:val="1"/>
          <w:rFonts w:ascii="Arial" w:hAnsi="Arial" w:cs="Arial"/>
          <w:szCs w:val="29"/>
        </w:rPr>
        <w:t>(1) מי שהניח פעם פירור עוגה על אדן החלון ראה זאת: אחרי זמן קצר מגיעה נמלה אחת, ואחריה – שיירה ארוכה של נמלים שהולכות בדיוק באותו מסלול. איך הן יודעות לאן ללכת, ואיך הן מוצאות את הדרך חזרה לקן?</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(2) התשובה הראשונה היא ריח. נמלים רבות משאירות על הקרקע חומר כימי שנקרא פרומון. נמלה שמצאה מזון חוזרת לקן ומשאירה אחריה "שביל ריח". נמלים אחרות מריחות את השביל בעזרת המחושים והולכות בעקבותיו. כל נמלה שחוזרת עם מזון מחזקת את השביל, ולכן הוא הולך ומתחזק כל עוד יש אוכל.</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(3) אבל מה קורה כשהמזון נגמר? הנמלים מפסיקות לחזק את השביל, והריח מתנדף בהדרגה. כך השביל "נמחק" מעצמו, והנמלים לא מבזבזות זמן על דרך שכבר לא מובילה לשום מקום.</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(4) במדבר המצב שונה. החול חם, הרוח נושבת, וריח נעלם שם מהר מאוד. לכן יש מיני נמלים שמתמצאות בעזרת השמש: הן "זוכרות" את כיוון השמש ויודעות באיזו זווית ללכת. חוקרים גילו שחלק מנמלי המדבר גם מעריכות את המרחק שעברו – כנראה לפי מספר הצעדים שהן עושות.</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(5) נמלים אינן חכמות יותר מבני אדם, אבל יש להן כלים מדויקים שהתפתחו במשך מיליוני שנים. בפעם הבאה שתראו שיירת נמלים, נסו לחשוב: האם היא הולכת לפי ריח, לפי השמש – או לפי שניהם?</w:t>
      </w:r>
    </w:p>
    <w:p>
      <w:pPr>
        <w:bidi w:val="1"/>
        <w:spacing w:after="40"/>
        <w:jc w:val="right"/>
      </w:pPr>
      <w:r>
        <w:rPr>
          <w:color w:val="ADB5BD"/>
          <w:sz w:val="24"/>
          <w:rtl w:val="1"/>
          <w:rFonts w:ascii="Arial" w:hAnsi="Arial" w:cs="Arial"/>
          <w:szCs w:val="24"/>
        </w:rPr>
        <w:t>- - - - - - - - - - - - - - - - - - - -</w:t>
      </w:r>
    </w:p>
    <w:p>
      <w:pPr>
        <w:pStyle w:val="Heading3"/>
        <w:bidi w:val="1"/>
        <w:jc w:val="right"/>
      </w:pPr>
      <w:r>
        <w:rPr>
          <w:b/>
          <w:color w:val="1F2340"/>
          <w:sz w:val="24"/>
          <w:rtl w:val="1"/>
          <w:rFonts w:ascii="Arial" w:hAnsi="Arial" w:cs="Arial"/>
          <w:bCs/>
          <w:szCs w:val="24"/>
        </w:rPr>
        <w:t>📒 בנק מילים</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6"/>
                <w:rtl w:val="1"/>
                <w:rFonts w:ascii="Arial" w:hAnsi="Arial" w:cs="Arial"/>
                <w:bCs/>
                <w:szCs w:val="26"/>
              </w:rPr>
              <w:t>מילה</w:t>
            </w:r>
          </w:p>
        </w:tc>
        <w:tc>
          <w:tcPr>
            <w:tcW w:type="dxa" w:w="3439"/>
            <w:shd w:val="clear" w:color="auto" w:fill="E3FAFC"/>
          </w:tcPr>
          <w:p>
            <w:pPr>
              <w:bidi w:val="1"/>
              <w:spacing w:after="20"/>
              <w:jc w:val="right"/>
            </w:pPr>
            <w:r>
              <w:rPr>
                <w:b/>
                <w:sz w:val="26"/>
                <w:rtl w:val="1"/>
                <w:rFonts w:ascii="Arial" w:hAnsi="Arial" w:cs="Arial"/>
                <w:bCs/>
                <w:szCs w:val="26"/>
              </w:rPr>
              <w:t>סמל</w:t>
            </w:r>
          </w:p>
        </w:tc>
        <w:tc>
          <w:tcPr>
            <w:tcW w:type="dxa" w:w="3439"/>
            <w:shd w:val="clear" w:color="auto" w:fill="E3FAFC"/>
          </w:tcPr>
          <w:p>
            <w:pPr>
              <w:bidi w:val="1"/>
              <w:spacing w:after="20"/>
              <w:jc w:val="right"/>
            </w:pPr>
            <w:r>
              <w:rPr>
                <w:b/>
                <w:sz w:val="26"/>
                <w:rtl w:val="1"/>
                <w:rFonts w:ascii="Arial" w:hAnsi="Arial" w:cs="Arial"/>
                <w:bCs/>
                <w:szCs w:val="26"/>
              </w:rPr>
              <w:t>פירוש</w:t>
            </w:r>
          </w:p>
        </w:tc>
      </w:tr>
      <w:tr>
        <w:tc>
          <w:tcPr>
            <w:tcW w:type="dxa" w:w="3439"/>
          </w:tcPr>
          <w:p>
            <w:pPr>
              <w:bidi w:val="1"/>
              <w:spacing w:after="20"/>
              <w:jc w:val="right"/>
            </w:pPr>
            <w:r>
              <w:rPr>
                <w:sz w:val="26"/>
                <w:rtl w:val="1"/>
                <w:rFonts w:ascii="Arial" w:hAnsi="Arial" w:cs="Arial"/>
                <w:szCs w:val="26"/>
              </w:rPr>
              <w:t>שיירה</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שורה ארוכה של הולכים</w:t>
            </w:r>
          </w:p>
        </w:tc>
      </w:tr>
      <w:tr>
        <w:tc>
          <w:tcPr>
            <w:tcW w:type="dxa" w:w="3439"/>
          </w:tcPr>
          <w:p>
            <w:pPr>
              <w:bidi w:val="1"/>
              <w:spacing w:after="20"/>
              <w:jc w:val="right"/>
            </w:pPr>
            <w:r>
              <w:rPr>
                <w:sz w:val="26"/>
                <w:rtl w:val="1"/>
                <w:rFonts w:ascii="Arial" w:hAnsi="Arial" w:cs="Arial"/>
                <w:szCs w:val="26"/>
              </w:rPr>
              <w:t>פרומון</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חומר ריח שבעלי חיים מפרישים</w:t>
            </w:r>
          </w:p>
        </w:tc>
      </w:tr>
      <w:tr>
        <w:tc>
          <w:tcPr>
            <w:tcW w:type="dxa" w:w="3439"/>
          </w:tcPr>
          <w:p>
            <w:pPr>
              <w:bidi w:val="1"/>
              <w:spacing w:after="20"/>
              <w:jc w:val="right"/>
            </w:pPr>
            <w:r>
              <w:rPr>
                <w:sz w:val="26"/>
                <w:rtl w:val="1"/>
                <w:rFonts w:ascii="Arial" w:hAnsi="Arial" w:cs="Arial"/>
                <w:szCs w:val="26"/>
              </w:rPr>
              <w:t>מחושים</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"אנטנות" בראש של חרק</w:t>
            </w:r>
          </w:p>
        </w:tc>
      </w:tr>
      <w:tr>
        <w:tc>
          <w:tcPr>
            <w:tcW w:type="dxa" w:w="3439"/>
          </w:tcPr>
          <w:p>
            <w:pPr>
              <w:bidi w:val="1"/>
              <w:spacing w:after="20"/>
              <w:jc w:val="right"/>
            </w:pPr>
            <w:r>
              <w:rPr>
                <w:sz w:val="26"/>
                <w:rtl w:val="1"/>
                <w:rFonts w:ascii="Arial" w:hAnsi="Arial" w:cs="Arial"/>
                <w:szCs w:val="26"/>
              </w:rPr>
              <w:t>מתנדף</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נעלם לאט לאוויר</w:t>
            </w:r>
          </w:p>
        </w:tc>
      </w:tr>
      <w:tr>
        <w:tc>
          <w:tcPr>
            <w:tcW w:type="dxa" w:w="3439"/>
          </w:tcPr>
          <w:p>
            <w:pPr>
              <w:bidi w:val="1"/>
              <w:spacing w:after="20"/>
              <w:jc w:val="right"/>
            </w:pPr>
            <w:r>
              <w:rPr>
                <w:sz w:val="26"/>
                <w:rtl w:val="1"/>
                <w:rFonts w:ascii="Arial" w:hAnsi="Arial" w:cs="Arial"/>
                <w:szCs w:val="26"/>
              </w:rPr>
              <w:t>מתמצאות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יודעות איפה הן ולאן ללכת</w:t>
            </w:r>
          </w:p>
        </w:tc>
      </w:tr>
      <w:tr>
        <w:tc>
          <w:tcPr>
            <w:tcW w:type="dxa" w:w="3439"/>
          </w:tcPr>
          <w:p>
            <w:pPr>
              <w:bidi w:val="1"/>
              <w:spacing w:after="20"/>
              <w:jc w:val="right"/>
            </w:pPr>
            <w:r>
              <w:rPr>
                <w:sz w:val="26"/>
                <w:rtl w:val="1"/>
                <w:rFonts w:ascii="Arial" w:hAnsi="Arial" w:cs="Arial"/>
                <w:szCs w:val="26"/>
              </w:rPr>
              <w:t>זווית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כיוון ביחס למשהו</w:t>
            </w:r>
          </w:p>
        </w:tc>
      </w:tr>
    </w:tbl>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7"/>
          <w:rtl w:val="1"/>
          <w:rFonts w:ascii="Arial" w:hAnsi="Arial" w:cs="Arial"/>
          <w:bCs/>
          <w:szCs w:val="27"/>
        </w:rPr>
        <w:t>1. הכותרת היא שאלה. מה היא מבטיחה?   [🏷️ כותרת – מה היא מבטיחה?]</w:t>
      </w:r>
    </w:p>
    <w:p>
      <w:pPr>
        <w:bidi w:val="1"/>
        <w:spacing w:after="20"/>
        <w:jc w:val="right"/>
      </w:pPr>
      <w:r>
        <w:rPr>
          <w:sz w:val="26"/>
          <w:rtl w:val="1"/>
          <w:rFonts w:ascii="Arial" w:hAnsi="Arial" w:cs="Arial"/>
          <w:szCs w:val="26"/>
        </w:rPr>
        <w:t xml:space="preserve">   א. הסבר איך נמלים מוצאות את הדרך</w:t>
      </w:r>
    </w:p>
    <w:p>
      <w:pPr>
        <w:bidi w:val="1"/>
        <w:spacing w:after="20"/>
        <w:jc w:val="right"/>
      </w:pPr>
      <w:r>
        <w:rPr>
          <w:sz w:val="26"/>
          <w:rtl w:val="1"/>
          <w:rFonts w:ascii="Arial" w:hAnsi="Arial" w:cs="Arial"/>
          <w:szCs w:val="26"/>
        </w:rPr>
        <w:t xml:space="preserve">   ב. סיפור על נמלה אחת שהלכה לאיבוד</w:t>
      </w:r>
    </w:p>
    <w:p>
      <w:pPr>
        <w:bidi w:val="1"/>
        <w:spacing w:after="40"/>
        <w:jc w:val="right"/>
      </w:pPr>
      <w:r>
        <w:rPr>
          <w:b/>
          <w:sz w:val="27"/>
          <w:rtl w:val="1"/>
          <w:rFonts w:ascii="Arial" w:hAnsi="Arial" w:cs="Arial"/>
          <w:bCs/>
          <w:szCs w:val="27"/>
        </w:rPr>
        <w:t>2. איזה סוג טקסט זה?   [🎯 סוגה ומטרה – איזה טקסט זה?]</w:t>
      </w:r>
    </w:p>
    <w:p>
      <w:pPr>
        <w:bidi w:val="1"/>
        <w:spacing w:after="20"/>
        <w:jc w:val="right"/>
      </w:pPr>
      <w:r>
        <w:rPr>
          <w:sz w:val="26"/>
          <w:rtl w:val="1"/>
          <w:rFonts w:ascii="Arial" w:hAnsi="Arial" w:cs="Arial"/>
          <w:szCs w:val="26"/>
        </w:rPr>
        <w:t xml:space="preserve">   א. סיפור</w:t>
      </w:r>
    </w:p>
    <w:p>
      <w:pPr>
        <w:bidi w:val="1"/>
        <w:spacing w:after="20"/>
        <w:jc w:val="right"/>
      </w:pPr>
      <w:r>
        <w:rPr>
          <w:sz w:val="26"/>
          <w:rtl w:val="1"/>
          <w:rFonts w:ascii="Arial" w:hAnsi="Arial" w:cs="Arial"/>
          <w:szCs w:val="26"/>
        </w:rPr>
        <w:t xml:space="preserve">   ב. טקסט מידעי</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7"/>
          <w:rtl w:val="1"/>
          <w:rFonts w:ascii="Arial" w:hAnsi="Arial" w:cs="Arial"/>
          <w:bCs/>
          <w:szCs w:val="27"/>
        </w:rPr>
        <w:t>3. מה הרעיון המרכזי של פסקה 2?   [💡 הרעיון המרכזי בפסקה]</w:t>
      </w:r>
    </w:p>
    <w:p>
      <w:pPr>
        <w:bidi w:val="1"/>
        <w:spacing w:after="20"/>
        <w:jc w:val="right"/>
      </w:pPr>
      <w:r>
        <w:rPr>
          <w:sz w:val="26"/>
          <w:rtl w:val="1"/>
          <w:rFonts w:ascii="Arial" w:hAnsi="Arial" w:cs="Arial"/>
          <w:szCs w:val="26"/>
        </w:rPr>
        <w:t xml:space="preserve">   א. נמלים מוצאות את הדרך בעזרת שביל ריח</w:t>
      </w:r>
    </w:p>
    <w:p>
      <w:pPr>
        <w:bidi w:val="1"/>
        <w:spacing w:after="20"/>
        <w:jc w:val="right"/>
      </w:pPr>
      <w:r>
        <w:rPr>
          <w:sz w:val="26"/>
          <w:rtl w:val="1"/>
          <w:rFonts w:ascii="Arial" w:hAnsi="Arial" w:cs="Arial"/>
          <w:szCs w:val="26"/>
        </w:rPr>
        <w:t xml:space="preserve">   ב. לנמלים יש מחושים</w:t>
      </w:r>
    </w:p>
    <w:p>
      <w:pPr>
        <w:bidi w:val="1"/>
        <w:spacing w:after="40"/>
        <w:jc w:val="right"/>
      </w:pPr>
      <w:r>
        <w:rPr>
          <w:b/>
          <w:sz w:val="27"/>
          <w:rtl w:val="1"/>
          <w:rFonts w:ascii="Arial" w:hAnsi="Arial" w:cs="Arial"/>
          <w:bCs/>
          <w:szCs w:val="27"/>
        </w:rPr>
        <w:t>4. מה פירוש המילה "מתנדף" (פסקה 3)? רמז: מה קורה לשביל אחר כך?   [🧩 מילה לא מוכרת – מבינים מההקשר]</w:t>
      </w:r>
    </w:p>
    <w:p>
      <w:pPr>
        <w:bidi w:val="1"/>
        <w:spacing w:after="20"/>
        <w:jc w:val="right"/>
      </w:pPr>
      <w:r>
        <w:rPr>
          <w:sz w:val="26"/>
          <w:rtl w:val="1"/>
          <w:rFonts w:ascii="Arial" w:hAnsi="Arial" w:cs="Arial"/>
          <w:szCs w:val="26"/>
        </w:rPr>
        <w:t xml:space="preserve">   א. מתחזק</w:t>
      </w:r>
    </w:p>
    <w:p>
      <w:pPr>
        <w:bidi w:val="1"/>
        <w:spacing w:after="20"/>
        <w:jc w:val="right"/>
      </w:pPr>
      <w:r>
        <w:rPr>
          <w:sz w:val="26"/>
          <w:rtl w:val="1"/>
          <w:rFonts w:ascii="Arial" w:hAnsi="Arial" w:cs="Arial"/>
          <w:szCs w:val="26"/>
        </w:rPr>
        <w:t xml:space="preserve">   ב. נעלם לאט לאוויר</w:t>
      </w:r>
    </w:p>
    <w:p>
      <w:pPr>
        <w:bidi w:val="1"/>
        <w:spacing w:after="40"/>
        <w:jc w:val="right"/>
      </w:pPr>
      <w:r>
        <w:rPr>
          <w:b/>
          <w:sz w:val="27"/>
          <w:rtl w:val="1"/>
          <w:rFonts w:ascii="Arial" w:hAnsi="Arial" w:cs="Arial"/>
          <w:bCs/>
          <w:szCs w:val="27"/>
        </w:rPr>
        <w:t>5. "לכן יש מיני נמלים שמתמצאות בעזרת השמש" (פסקה 4). מה מסמנת המילה "לכן"?   [🔗 מילות קישור – תמרורים בטקסט]</w:t>
      </w:r>
    </w:p>
    <w:p>
      <w:pPr>
        <w:bidi w:val="1"/>
        <w:spacing w:after="20"/>
        <w:jc w:val="right"/>
      </w:pPr>
      <w:r>
        <w:rPr>
          <w:sz w:val="26"/>
          <w:rtl w:val="1"/>
          <w:rFonts w:ascii="Arial" w:hAnsi="Arial" w:cs="Arial"/>
          <w:szCs w:val="26"/>
        </w:rPr>
        <w:t xml:space="preserve">   א. ניגוד</w:t>
      </w:r>
    </w:p>
    <w:p>
      <w:pPr>
        <w:bidi w:val="1"/>
        <w:spacing w:after="20"/>
        <w:jc w:val="right"/>
      </w:pPr>
      <w:r>
        <w:rPr>
          <w:sz w:val="26"/>
          <w:rtl w:val="1"/>
          <w:rFonts w:ascii="Arial" w:hAnsi="Arial" w:cs="Arial"/>
          <w:szCs w:val="26"/>
        </w:rPr>
        <w:t xml:space="preserve">   ב. תוצאה</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7"/>
          <w:rtl w:val="1"/>
          <w:rFonts w:ascii="Arial" w:hAnsi="Arial" w:cs="Arial"/>
          <w:bCs/>
          <w:szCs w:val="27"/>
        </w:rPr>
        <w:t>6. איתור: במה מריחות הנמלים את השביל?   [🔍 שאלת איתור]</w:t>
      </w:r>
    </w:p>
    <w:p>
      <w:pPr>
        <w:bidi w:val="1"/>
        <w:spacing w:after="20"/>
        <w:jc w:val="right"/>
      </w:pPr>
      <w:r>
        <w:rPr>
          <w:sz w:val="26"/>
          <w:rtl w:val="1"/>
          <w:rFonts w:ascii="Arial" w:hAnsi="Arial" w:cs="Arial"/>
          <w:szCs w:val="26"/>
        </w:rPr>
        <w:t xml:space="preserve">   א. ברגליים</w:t>
      </w:r>
    </w:p>
    <w:p>
      <w:pPr>
        <w:bidi w:val="1"/>
        <w:spacing w:after="20"/>
        <w:jc w:val="right"/>
      </w:pPr>
      <w:r>
        <w:rPr>
          <w:sz w:val="26"/>
          <w:rtl w:val="1"/>
          <w:rFonts w:ascii="Arial" w:hAnsi="Arial" w:cs="Arial"/>
          <w:szCs w:val="26"/>
        </w:rPr>
        <w:t xml:space="preserve">   ב. במחושים</w:t>
      </w:r>
    </w:p>
    <w:p>
      <w:pPr>
        <w:bidi w:val="1"/>
        <w:spacing w:after="40"/>
        <w:jc w:val="right"/>
      </w:pPr>
      <w:r>
        <w:rPr>
          <w:b/>
          <w:sz w:val="27"/>
          <w:rtl w:val="1"/>
          <w:rFonts w:ascii="Arial" w:hAnsi="Arial" w:cs="Arial"/>
          <w:bCs/>
          <w:szCs w:val="27"/>
        </w:rPr>
        <w:t>7. הסקה: למה השביל "נמחק" כשהמזון נגמר?   [🕵️ שאלת הסקה – בין השורות]</w:t>
      </w:r>
    </w:p>
    <w:p>
      <w:pPr>
        <w:bidi w:val="1"/>
        <w:spacing w:after="20"/>
        <w:jc w:val="right"/>
      </w:pPr>
      <w:r>
        <w:rPr>
          <w:sz w:val="26"/>
          <w:rtl w:val="1"/>
          <w:rFonts w:ascii="Arial" w:hAnsi="Arial" w:cs="Arial"/>
          <w:szCs w:val="26"/>
        </w:rPr>
        <w:t xml:space="preserve">   א. כי אף נמלה לא חוזרת עם מזון ומחזקת אותו</w:t>
      </w:r>
    </w:p>
    <w:p>
      <w:pPr>
        <w:bidi w:val="1"/>
        <w:spacing w:after="20"/>
        <w:jc w:val="right"/>
      </w:pPr>
      <w:r>
        <w:rPr>
          <w:sz w:val="26"/>
          <w:rtl w:val="1"/>
          <w:rFonts w:ascii="Arial" w:hAnsi="Arial" w:cs="Arial"/>
          <w:szCs w:val="26"/>
        </w:rPr>
        <w:t xml:space="preserve">   ב. כי הנמלים מוחקות אותו ברגליים</w:t>
      </w:r>
    </w:p>
    <w:p>
      <w:pPr>
        <w:bidi w:val="1"/>
        <w:spacing w:after="40"/>
        <w:jc w:val="right"/>
      </w:pPr>
      <w:r>
        <w:rPr>
          <w:b/>
          <w:sz w:val="27"/>
          <w:rtl w:val="1"/>
          <w:rFonts w:ascii="Arial" w:hAnsi="Arial" w:cs="Arial"/>
          <w:bCs/>
          <w:szCs w:val="27"/>
        </w:rPr>
        <w:t>8. השוואה: השוו בין נמלים בגינה לבין נמלי מדבר. קנה מידה: מה עוזר להן למצוא את הדרך?   [🔄 שאלת השוואה]</w:t>
      </w:r>
    </w:p>
    <w:p>
      <w:pPr>
        <w:bidi w:val="1"/>
        <w:spacing w:after="20"/>
        <w:jc w:val="right"/>
      </w:pPr>
      <w:r>
        <w:rPr>
          <w:b/>
          <w:color w:val="2B8A3E"/>
          <w:sz w:val="26"/>
          <w:rtl w:val="1"/>
          <w:rFonts w:ascii="Arial" w:hAnsi="Arial" w:cs="Arial"/>
          <w:bCs/>
          <w:szCs w:val="26"/>
        </w:rPr>
        <w:t>✏️ קנה המידה: … . ב… ואילו ב…</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pStyle w:val="Heading2"/>
        <w:bidi w:val="1"/>
        <w:jc w:val="right"/>
      </w:pPr>
      <w:r>
        <w:rPr>
          <w:b/>
          <w:color w:val="1F2340"/>
          <w:sz w:val="27"/>
          <w:rtl w:val="1"/>
          <w:rFonts w:ascii="Arial" w:hAnsi="Arial" w:cs="Arial"/>
          <w:bCs/>
          <w:szCs w:val="27"/>
        </w:rPr>
        <w:t>✍️ משימת כתיבה קצרה</w:t>
      </w:r>
    </w:p>
    <w:p>
      <w:pPr>
        <w:bidi w:val="1"/>
        <w:spacing w:after="40"/>
        <w:jc w:val="right"/>
      </w:pPr>
      <w:r>
        <w:rPr>
          <w:b/>
          <w:sz w:val="27"/>
          <w:rtl w:val="1"/>
          <w:rFonts w:ascii="Arial" w:hAnsi="Arial" w:cs="Arial"/>
          <w:bCs/>
          <w:szCs w:val="27"/>
        </w:rPr>
        <w:t>9. כתבו 2–3 משפטים: מה למדתי מהטקסט?   [📝 סיכום קצר]</w:t>
      </w:r>
    </w:p>
    <w:p>
      <w:pPr>
        <w:bidi w:val="1"/>
        <w:spacing w:after="20"/>
        <w:jc w:val="right"/>
      </w:pPr>
      <w:r>
        <w:rPr>
          <w:b/>
          <w:color w:val="2B8A3E"/>
          <w:sz w:val="26"/>
          <w:rtl w:val="1"/>
          <w:rFonts w:ascii="Arial" w:hAnsi="Arial" w:cs="Arial"/>
          <w:bCs/>
          <w:szCs w:val="26"/>
        </w:rPr>
        <w:t>✏️ למדתי ש… הכי עניין אותי…</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איזה כרטיס עזר לי הכי הרבה בטקסט הזה? למה?</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מילה אחת שלמדתי:</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מסע מודרך 1 – טקסט מידעי · חט״ב חנ״מ</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